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개발현황 보고서 · 마케팅</w:t>
      </w:r>
    </w:p>
    <w:p>
      <w:r>
        <w:t>프로젝트: 마케팅</w:t>
      </w:r>
    </w:p>
    <w:p>
      <w:r>
        <w:t>생성 시각: 2026-09-12 02:40</w:t>
      </w:r>
    </w:p>
    <w:p>
      <w:r>
        <w:t>[체크리스트 (0)]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