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오케앱 전수 점검 체크리스트 (설계문서 대조 + 실제 적용 + 현재 문제)</w:t>
      </w:r>
    </w:p>
    <w:p>
      <w:pPr>
        <w:pStyle w:val="IntenseQuote"/>
      </w:pPr>
      <w:r>
        <w:t xml:space="preserve">대조 정본: </w:t>
      </w:r>
      <w:r>
        <w:rPr>
          <w:rFonts w:ascii="Consolas" w:hAnsi="Consolas"/>
          <w:color w:val="8A3FFC"/>
        </w:rPr>
        <w:t>spec/DESIGN_SPEC_v1.md</w:t>
      </w:r>
      <w:r>
        <w:t xml:space="preserve"> (28항목 A1~G4 + 개정 #1~8).</w:t>
      </w:r>
    </w:p>
    <w:p>
      <w:pPr>
        <w:pStyle w:val="IntenseQuote"/>
      </w:pPr>
      <w:r>
        <w:t xml:space="preserve">3-state 원칙(스펙 §0): </w:t>
      </w:r>
      <w:r>
        <w:rPr>
          <w:b/>
        </w:rPr>
        <w:t>구현됨(코드) ≠ 발동함(라이브) ≠ 옳게 작동함.</w:t>
      </w:r>
      <w:r>
        <w:t xml:space="preserve"> 코드검증 PASS가 라이브 발동 아님.</w:t>
      </w:r>
    </w:p>
    <w:p>
      <w:pPr>
        <w:pStyle w:val="IntenseQuote"/>
      </w:pPr>
      <w:r>
        <w:t xml:space="preserve">생성 2026-07-17. 기계검증 = </w:t>
      </w:r>
      <w:r>
        <w:rPr>
          <w:rFonts w:ascii="Consolas" w:hAnsi="Consolas"/>
          <w:color w:val="8A3FFC"/>
        </w:rPr>
        <w:t>python3 audit_offline.py</w:t>
      </w:r>
      <w:r>
        <w:t>.</w:t>
      </w:r>
    </w:p>
    <w:p>
      <w:pPr>
        <w:jc w:val="center"/>
      </w:pPr>
      <w:r>
        <w:t>──────────────────────────────</w:t>
      </w:r>
    </w:p>
    <w:p>
      <w:pPr>
        <w:pStyle w:val="Heading2"/>
      </w:pPr>
      <w:r>
        <w:t>📌 이 문서 규칙 (반영 방식 — 대표님 지시 H12)</w:t>
      </w:r>
    </w:p>
    <w:p>
      <w:pPr>
        <w:pStyle w:val="ListBullet"/>
      </w:pPr>
      <w:r>
        <w:rPr>
          <w:b/>
        </w:rPr>
        <w:t>첫 페이지 = 현황 요약</w:t>
      </w:r>
      <w:r>
        <w:t>(덮어쓰기 OK). 지금 상태를 여기서 본다.</w:t>
      </w:r>
    </w:p>
    <w:p>
      <w:pPr>
        <w:pStyle w:val="ListBullet"/>
      </w:pPr>
      <w:r>
        <w:rPr>
          <w:b/>
        </w:rPr>
        <w:t>중간 = 구체 설명</w:t>
      </w:r>
      <w:r>
        <w:t>(각 항목 상세 표).</w:t>
      </w:r>
    </w:p>
    <w:p>
      <w:pPr>
        <w:pStyle w:val="ListBullet"/>
      </w:pPr>
      <w:r>
        <w:rPr>
          <w:b/>
        </w:rPr>
        <w:t>끝 = 변경 누적표</w:t>
      </w:r>
      <w:r>
        <w:t xml:space="preserve">(append-only · 길어져도 누적 · </w:t>
      </w:r>
      <w:r>
        <w:rPr>
          <w:b/>
        </w:rPr>
        <w:t>절대 삭제 금지</w:t>
      </w:r>
      <w:r>
        <w:t>). 언제 뭘 고쳤나의 이력.</w:t>
      </w:r>
    </w:p>
    <w:p>
      <w:pPr>
        <w:pStyle w:val="ListBullet"/>
      </w:pPr>
      <w:r>
        <w:t xml:space="preserve">수정할 때: </w:t>
      </w:r>
      <w:r>
        <w:rPr>
          <w:b/>
        </w:rPr>
        <w:t>첫장 현황만 갱신 + 끝 누적표에 1줄 추가.</w:t>
      </w:r>
      <w:r>
        <w:t xml:space="preserve"> 덮어쓰기 사고 방지(Living Spec + 변경이력 분리).</w:t>
      </w:r>
    </w:p>
    <w:p>
      <w:pPr>
        <w:jc w:val="center"/>
      </w:pPr>
      <w:r>
        <w:t>──────────────────────────────</w:t>
      </w:r>
    </w:p>
    <w:p>
      <w:pPr>
        <w:pStyle w:val="Heading2"/>
      </w:pPr>
      <w:r>
        <w:t>0. 한눈 요약표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축</w:t>
            </w:r>
          </w:p>
        </w:tc>
        <w:tc>
          <w:tcPr>
            <w:tcW w:type="dxa" w:w="4320"/>
          </w:tcPr>
          <w:p>
            <w:r>
              <w:rPr>
                <w:b/>
              </w:rPr>
              <w:t>결과</w:t>
            </w:r>
          </w:p>
        </w:tc>
      </w:tr>
      <w:tr>
        <w:tc>
          <w:tcPr>
            <w:tcW w:type="dxa" w:w="4320"/>
          </w:tcPr>
          <w:p>
            <w:r>
              <w:t>28항목 정본 (코드/기계검증)</w:t>
            </w:r>
          </w:p>
        </w:tc>
        <w:tc>
          <w:tcPr>
            <w:tcW w:type="dxa" w:w="4320"/>
          </w:tcPr>
          <w:p>
            <w:r>
              <w:rPr>
                <w:b/>
              </w:rPr>
              <w:t>25 PASS · 0 FAIL · 3 N/A</w:t>
            </w:r>
            <w:r>
              <w:t>(SG-E2·F1·G2=코드강제불가, 정직)</w:t>
            </w:r>
          </w:p>
        </w:tc>
      </w:tr>
      <w:tr>
        <w:tc>
          <w:tcPr>
            <w:tcW w:type="dxa" w:w="4320"/>
          </w:tcPr>
          <w:p>
            <w:r>
              <w:t>개정 불변식 H1~H15 (코드)</w:t>
            </w:r>
          </w:p>
        </w:tc>
        <w:tc>
          <w:tcPr>
            <w:tcW w:type="dxa" w:w="4320"/>
          </w:tcPr>
          <w:p>
            <w:r>
              <w:rPr>
                <w:b/>
              </w:rPr>
              <w:t>15/15 PASS</w:t>
            </w:r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라이브 발동</w:t>
            </w:r>
            <w:r>
              <w:t>(실제 돌아 옳게 작동)</w:t>
            </w:r>
          </w:p>
        </w:tc>
        <w:tc>
          <w:tcPr>
            <w:tcW w:type="dxa" w:w="4320"/>
          </w:tcPr>
          <w:p>
            <w:r>
              <w:t xml:space="preserve">⚠ </w:t>
            </w:r>
            <w:r>
              <w:rPr>
                <w:b/>
              </w:rPr>
              <w:t>5개 게이트 미발동/미확인</w:t>
            </w:r>
            <w:r>
              <w:t>(§4) — 코드는 있으나 실전 미검증</w:t>
            </w:r>
          </w:p>
        </w:tc>
      </w:tr>
      <w:tr>
        <w:tc>
          <w:tcPr>
            <w:tcW w:type="dxa" w:w="4320"/>
          </w:tcPr>
          <w:p>
            <w:r>
              <w:t>개정 #1~8 적용</w:t>
            </w:r>
          </w:p>
        </w:tc>
        <w:tc>
          <w:tcPr>
            <w:tcW w:type="dxa" w:w="4320"/>
          </w:tcPr>
          <w:p>
            <w:r>
              <w:t>8/8 코드반영 (일부 라이브 미발동)</w:t>
            </w:r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이번 세션 확인된 문제</w:t>
            </w:r>
          </w:p>
        </w:tc>
        <w:tc>
          <w:tcPr>
            <w:tcW w:type="dxa" w:w="4320"/>
          </w:tcPr>
          <w:p>
            <w:r>
              <w:t xml:space="preserve">🔴 </w:t>
            </w:r>
            <w:r>
              <w:rPr>
                <w:b/>
              </w:rPr>
              <w:t>11건</w:t>
            </w:r>
            <w:r>
              <w:t xml:space="preserve">(§6, P1~P11) — </w:t>
            </w:r>
            <w:r>
              <w:rPr>
                <w:b/>
              </w:rPr>
              <w:t>P1·P4 해결✅</w:t>
            </w:r>
            <w:r>
              <w:t>, 나머지 9 진행</w:t>
            </w:r>
          </w:p>
        </w:tc>
      </w:tr>
    </w:tbl>
    <w:p>
      <w:r>
        <w:rPr>
          <w:b/>
        </w:rPr>
        <w:t>결론</w:t>
      </w:r>
      <w:r>
        <w:t xml:space="preserve">: 코드층은 견고(25+15 PASS). </w:t>
      </w:r>
      <w:r>
        <w:rPr>
          <w:b/>
        </w:rPr>
        <w:t>취약점은 (a) 라이브 발동 미확인 5건 (b) 이번 세션 신규 문제 7건.</w:t>
      </w:r>
      <w:r>
        <w:t xml:space="preserve"> 이 둘이 실제 작업 대상.</w:t>
      </w:r>
    </w:p>
    <w:p>
      <w:pPr>
        <w:jc w:val="center"/>
      </w:pPr>
      <w:r>
        <w:t>──────────────────────────────</w:t>
      </w:r>
    </w:p>
    <w:p>
      <w:pPr>
        <w:pStyle w:val="Heading2"/>
      </w:pPr>
      <w:r>
        <w:t>핵심 기준 (상시 적용 잣대 — 모든 개발·수정이 이걸 지켜야)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rPr>
                <w:b/>
              </w:rPr>
              <w:t>K</w:t>
            </w:r>
          </w:p>
        </w:tc>
        <w:tc>
          <w:tcPr>
            <w:tcW w:type="dxa" w:w="2160"/>
          </w:tcPr>
          <w:p>
            <w:r>
              <w:rPr>
                <w:b/>
              </w:rPr>
              <w:t>기준</w:t>
            </w:r>
          </w:p>
        </w:tc>
        <w:tc>
          <w:tcPr>
            <w:tcW w:type="dxa" w:w="2160"/>
          </w:tcPr>
          <w:p>
            <w:r>
              <w:rPr>
                <w:b/>
              </w:rPr>
              <w:t>근거</w:t>
            </w:r>
          </w:p>
        </w:tc>
        <w:tc>
          <w:tcPr>
            <w:tcW w:type="dxa" w:w="2160"/>
          </w:tcPr>
          <w:p>
            <w:r>
              <w:rPr>
                <w:b/>
              </w:rPr>
              <w:t>지킴</w:t>
            </w:r>
          </w:p>
        </w:tc>
      </w:tr>
      <w:tr>
        <w:tc>
          <w:tcPr>
            <w:tcW w:type="dxa" w:w="2160"/>
          </w:tcPr>
          <w:p>
            <w:r>
              <w:rPr>
                <w:b/>
              </w:rPr>
              <w:t>K1</w:t>
            </w:r>
          </w:p>
        </w:tc>
        <w:tc>
          <w:tcPr>
            <w:tcW w:type="dxa" w:w="2160"/>
          </w:tcPr>
          <w:p>
            <w:r>
              <w:t xml:space="preserve">오케앱은 개발앱을 </w:t>
            </w:r>
            <w:r>
              <w:rPr>
                <w:b/>
              </w:rPr>
              <w:t>최대한 모듈·어댑터</w:t>
            </w:r>
            <w:r>
              <w:t>로 짓는다. 교체가능·외부(증권사API·LLM·DB)는 포트 뒤로. 의존 어댑터→몸통 단방향</w:t>
            </w:r>
          </w:p>
        </w:tc>
        <w:tc>
          <w:tcPr>
            <w:tcW w:type="dxa" w:w="2160"/>
          </w:tcPr>
          <w:p>
            <w:r>
              <w:t>H13·CLAUDE.md·개정#6</w:t>
            </w:r>
          </w:p>
        </w:tc>
        <w:tc>
          <w:tcPr>
            <w:tcW w:type="dxa" w:w="2160"/>
          </w:tcPr>
          <w:p>
            <w:r>
              <w:t>🟡 상시 대조</w:t>
            </w:r>
          </w:p>
        </w:tc>
      </w:tr>
      <w:tr>
        <w:tc>
          <w:tcPr>
            <w:tcW w:type="dxa" w:w="2160"/>
          </w:tcPr>
          <w:p>
            <w:r>
              <w:rPr>
                <w:b/>
              </w:rPr>
              <w:t>K2</w:t>
            </w:r>
          </w:p>
        </w:tc>
        <w:tc>
          <w:tcPr>
            <w:tcW w:type="dxa" w:w="2160"/>
          </w:tcPr>
          <w:p>
            <w:r>
              <w:t xml:space="preserve">코드 변경·추가 시 </w:t>
            </w:r>
            <w:r>
              <w:rPr>
                <w:b/>
              </w:rPr>
              <w:t>반드시 실제 화면 작동까지 확인</w:t>
            </w:r>
            <w:r>
              <w:t>(파싱·CLI만 금지)</w:t>
            </w:r>
          </w:p>
        </w:tc>
        <w:tc>
          <w:tcPr>
            <w:tcW w:type="dxa" w:w="2160"/>
          </w:tcPr>
          <w:p>
            <w:r>
              <w:t>H14·B4 강화</w:t>
            </w:r>
          </w:p>
        </w:tc>
        <w:tc>
          <w:tcPr>
            <w:tcW w:type="dxa" w:w="2160"/>
          </w:tcPr>
          <w:p>
            <w:r>
              <w:t>🟡 상시 대조</w:t>
            </w:r>
          </w:p>
        </w:tc>
      </w:tr>
      <w:tr>
        <w:tc>
          <w:tcPr>
            <w:tcW w:type="dxa" w:w="2160"/>
          </w:tcPr>
          <w:p>
            <w:r>
              <w:rPr>
                <w:b/>
              </w:rPr>
              <w:t>K3</w:t>
            </w:r>
          </w:p>
        </w:tc>
        <w:tc>
          <w:tcPr>
            <w:tcW w:type="dxa" w:w="2160"/>
          </w:tcPr>
          <w:p>
            <w:r>
              <w:t xml:space="preserve">AB회의·다각진단 언어 라우팅: </w:t>
            </w:r>
            <w:r>
              <w:rPr>
                <w:b/>
              </w:rPr>
              <w:t>A=한글만 / B=한글 제외(외국어)</w:t>
            </w:r>
            <w:r>
              <w:t xml:space="preserve">. 다각진단은 </w:t>
            </w:r>
            <w:r>
              <w:rPr>
                <w:b/>
              </w:rPr>
              <w:t>6턴</w:t>
            </w:r>
            <w:r>
              <w:t>(효과 좋음)</w:t>
            </w:r>
          </w:p>
        </w:tc>
        <w:tc>
          <w:tcPr>
            <w:tcW w:type="dxa" w:w="2160"/>
          </w:tcPr>
          <w:p>
            <w:r>
              <w:t>2026-07-17 지시</w:t>
            </w:r>
          </w:p>
        </w:tc>
        <w:tc>
          <w:tcPr>
            <w:tcW w:type="dxa" w:w="2160"/>
          </w:tcPr>
          <w:p>
            <w:r>
              <w:t>✅ 반영</w:t>
            </w:r>
          </w:p>
        </w:tc>
      </w:tr>
    </w:tbl>
    <w:p>
      <w:pPr>
        <w:pStyle w:val="IntenseQuote"/>
      </w:pPr>
      <w:r>
        <w:t xml:space="preserve">이 둘은 28항목처럼 </w:t>
      </w:r>
      <w:r>
        <w:rPr>
          <w:b/>
        </w:rPr>
        <w:t>앞으로 모든 작업을 대조</w:t>
      </w:r>
      <w:r>
        <w:t>하는 기준. 특히 K2는 내가 계속 약했던 지점(화면 실측 생략).</w:t>
      </w:r>
    </w:p>
    <w:p>
      <w:pPr>
        <w:jc w:val="center"/>
      </w:pPr>
      <w:r>
        <w:t>──────────────────────────────</w:t>
      </w:r>
    </w:p>
    <w:p>
      <w:pPr>
        <w:pStyle w:val="Heading2"/>
      </w:pPr>
      <w:r>
        <w:t>1. 28항목 정본 — 스펙/코드/라이브 3열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rPr>
                <w:b/>
              </w:rPr>
              <w:t>#</w:t>
            </w:r>
          </w:p>
        </w:tc>
        <w:tc>
          <w:tcPr>
            <w:tcW w:type="dxa" w:w="2160"/>
          </w:tcPr>
          <w:p>
            <w:r>
              <w:rPr>
                <w:b/>
              </w:rPr>
              <w:t>규칙</w:t>
            </w:r>
          </w:p>
        </w:tc>
        <w:tc>
          <w:tcPr>
            <w:tcW w:type="dxa" w:w="2160"/>
          </w:tcPr>
          <w:p>
            <w:r>
              <w:rPr>
                <w:b/>
              </w:rPr>
              <w:t>코드</w:t>
            </w:r>
          </w:p>
        </w:tc>
        <w:tc>
          <w:tcPr>
            <w:tcW w:type="dxa" w:w="2160"/>
          </w:tcPr>
          <w:p>
            <w:r>
              <w:rPr>
                <w:b/>
              </w:rPr>
              <w:t>라이브 발동</w:t>
            </w:r>
          </w:p>
        </w:tc>
      </w:tr>
      <w:tr>
        <w:tc>
          <w:tcPr>
            <w:tcW w:type="dxa" w:w="2160"/>
          </w:tcPr>
          <w:p>
            <w:r>
              <w:t>A1</w:t>
            </w:r>
          </w:p>
        </w:tc>
        <w:tc>
          <w:tcPr>
            <w:tcW w:type="dxa" w:w="2160"/>
          </w:tcPr>
          <w:p>
            <w:r>
              <w:t>토론자 Claude(로컬0콜)·GPT·Grok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 발동(라이브런)</w:t>
            </w:r>
          </w:p>
        </w:tc>
      </w:tr>
      <w:tr>
        <w:tc>
          <w:tcPr>
            <w:tcW w:type="dxa" w:w="2160"/>
          </w:tcPr>
          <w:p>
            <w:r>
              <w:t>A2</w:t>
            </w:r>
          </w:p>
        </w:tc>
        <w:tc>
          <w:tcPr>
            <w:tcW w:type="dxa" w:w="2160"/>
          </w:tcPr>
          <w:p>
            <w:r>
              <w:t>Claude Anthropic 0콜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 (키 없음 실측)</w:t>
            </w:r>
          </w:p>
        </w:tc>
      </w:tr>
      <w:tr>
        <w:tc>
          <w:tcPr>
            <w:tcW w:type="dxa" w:w="2160"/>
          </w:tcPr>
          <w:p>
            <w:r>
              <w:t>A3</w:t>
            </w:r>
          </w:p>
        </w:tc>
        <w:tc>
          <w:tcPr>
            <w:tcW w:type="dxa" w:w="2160"/>
          </w:tcPr>
          <w:p>
            <w:r>
              <w:t>Grok 리서처 겸임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A4</w:t>
            </w:r>
          </w:p>
        </w:tc>
        <w:tc>
          <w:tcPr>
            <w:tcW w:type="dxa" w:w="2160"/>
          </w:tcPr>
          <w:p>
            <w:r>
              <w:t>Claude 1차정제·전원 review_final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B1</w:t>
            </w:r>
          </w:p>
        </w:tc>
        <w:tc>
          <w:tcPr>
            <w:tcW w:type="dxa" w:w="2160"/>
          </w:tcPr>
          <w:p>
            <w:r>
              <w:t>factual/방향형 태깅+집계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B2</w:t>
            </w:r>
          </w:p>
        </w:tc>
        <w:tc>
          <w:tcPr>
            <w:tcW w:type="dxa" w:w="2160"/>
          </w:tcPr>
          <w:p>
            <w:r>
              <w:t>factual 재검색 전용상한 2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 xml:space="preserve">❌ </w:t>
            </w:r>
            <w:r>
              <w:rPr>
                <w:b/>
              </w:rPr>
              <w:t>미발동</w:t>
            </w:r>
            <w:r>
              <w:t>(factual 반대 지속 필요)</w:t>
            </w:r>
          </w:p>
        </w:tc>
      </w:tr>
      <w:tr>
        <w:tc>
          <w:tcPr>
            <w:tcW w:type="dxa" w:w="2160"/>
          </w:tcPr>
          <w:p>
            <w:r>
              <w:t>B3</w:t>
            </w:r>
          </w:p>
        </w:tc>
        <w:tc>
          <w:tcPr>
            <w:tcW w:type="dxa" w:w="2160"/>
          </w:tcPr>
          <w:p>
            <w:r>
              <w:t>2회 후 반대→사람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❌ 미발동</w:t>
            </w:r>
          </w:p>
        </w:tc>
      </w:tr>
      <w:tr>
        <w:tc>
          <w:tcPr>
            <w:tcW w:type="dxa" w:w="2160"/>
          </w:tcPr>
          <w:p>
            <w:r>
              <w:t>B4</w:t>
            </w:r>
          </w:p>
        </w:tc>
        <w:tc>
          <w:tcPr>
            <w:tcW w:type="dxa" w:w="2160"/>
          </w:tcPr>
          <w:p>
            <w:r>
              <w:t>방향형 예산여유 자동채택/과다시 park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🟡 부분</w:t>
            </w:r>
          </w:p>
        </w:tc>
      </w:tr>
      <w:tr>
        <w:tc>
          <w:tcPr>
            <w:tcW w:type="dxa" w:w="2160"/>
          </w:tcPr>
          <w:p>
            <w:r>
              <w:t>B5</w:t>
            </w:r>
          </w:p>
        </w:tc>
        <w:tc>
          <w:tcPr>
            <w:tcW w:type="dxa" w:w="2160"/>
          </w:tcPr>
          <w:p>
            <w:r>
              <w:t>조기종료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C1</w:t>
            </w:r>
          </w:p>
        </w:tc>
        <w:tc>
          <w:tcPr>
            <w:tcW w:type="dxa" w:w="2160"/>
          </w:tcPr>
          <w:p>
            <w:r>
              <w:t>GPT·Grok §7 5문항 검증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C2</w:t>
            </w:r>
          </w:p>
        </w:tc>
        <w:tc>
          <w:tcPr>
            <w:tcW w:type="dxa" w:w="2160"/>
          </w:tcPr>
          <w:p>
            <w:r>
              <w:t>정제도=1−플래그비율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C3</w:t>
            </w:r>
          </w:p>
        </w:tc>
        <w:tc>
          <w:tcPr>
            <w:tcW w:type="dxa" w:w="2160"/>
          </w:tcPr>
          <w:p>
            <w:r>
              <w:t>왜곡 덜받은쪽 재정제 이양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 xml:space="preserve">❌ </w:t>
            </w:r>
            <w:r>
              <w:rPr>
                <w:b/>
              </w:rPr>
              <w:t>미발동</w:t>
            </w:r>
            <w:r>
              <w:t>(중대왜곡&gt;0 필요)</w:t>
            </w:r>
          </w:p>
        </w:tc>
      </w:tr>
      <w:tr>
        <w:tc>
          <w:tcPr>
            <w:tcW w:type="dxa" w:w="2160"/>
          </w:tcPr>
          <w:p>
            <w:r>
              <w:t>C4</w:t>
            </w:r>
          </w:p>
        </w:tc>
        <w:tc>
          <w:tcPr>
            <w:tcW w:type="dxa" w:w="2160"/>
          </w:tcPr>
          <w:p>
            <w:r>
              <w:t>정제도&lt;75% 보강신호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🟡</w:t>
            </w:r>
          </w:p>
        </w:tc>
      </w:tr>
      <w:tr>
        <w:tc>
          <w:tcPr>
            <w:tcW w:type="dxa" w:w="2160"/>
          </w:tcPr>
          <w:p>
            <w:r>
              <w:t>C5</w:t>
            </w:r>
          </w:p>
        </w:tc>
        <w:tc>
          <w:tcPr>
            <w:tcW w:type="dxa" w:w="2160"/>
          </w:tcPr>
          <w:p>
            <w:r>
              <w:t>쟁점 본문 실제반영(hollow 차단)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C6</w:t>
            </w:r>
          </w:p>
        </w:tc>
        <w:tc>
          <w:tcPr>
            <w:tcW w:type="dxa" w:w="2160"/>
          </w:tcPr>
          <w:p>
            <w:r>
              <w:t>빈근거 강등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🟡</w:t>
            </w:r>
          </w:p>
        </w:tc>
      </w:tr>
      <w:tr>
        <w:tc>
          <w:tcPr>
            <w:tcW w:type="dxa" w:w="2160"/>
          </w:tcPr>
          <w:p>
            <w:r>
              <w:t>C7</w:t>
            </w:r>
          </w:p>
        </w:tc>
        <w:tc>
          <w:tcPr>
            <w:tcW w:type="dxa" w:w="2160"/>
          </w:tcPr>
          <w:p>
            <w:r>
              <w:t>공식호스트 q= 유지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 xml:space="preserve">❌ </w:t>
            </w:r>
            <w:r>
              <w:rPr>
                <w:b/>
              </w:rPr>
              <w:t>미발동</w:t>
            </w:r>
            <w:r>
              <w:t>(실출처 섞여야)</w:t>
            </w:r>
          </w:p>
        </w:tc>
      </w:tr>
      <w:tr>
        <w:tc>
          <w:tcPr>
            <w:tcW w:type="dxa" w:w="2160"/>
          </w:tcPr>
          <w:p>
            <w:r>
              <w:t>D1</w:t>
            </w:r>
          </w:p>
        </w:tc>
        <w:tc>
          <w:tcPr>
            <w:tcW w:type="dxa" w:w="2160"/>
          </w:tcPr>
          <w:p>
            <w:r>
              <w:t>캡·Grok포함·전역카운터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D2</w:t>
            </w:r>
          </w:p>
        </w:tc>
        <w:tc>
          <w:tcPr>
            <w:tcW w:type="dxa" w:w="2160"/>
          </w:tcPr>
          <w:p>
            <w:r>
              <w:t>초과 clean stop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D3</w:t>
            </w:r>
          </w:p>
        </w:tc>
        <w:tc>
          <w:tcPr>
            <w:tcW w:type="dxa" w:w="2160"/>
          </w:tcPr>
          <w:p>
            <w:r>
              <w:t>usage CALL_LOG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SG-E1</w:t>
            </w:r>
          </w:p>
        </w:tc>
        <w:tc>
          <w:tcPr>
            <w:tcW w:type="dxa" w:w="2160"/>
          </w:tcPr>
          <w:p>
            <w:r>
              <w:t>AI통과해도 사람서명 대기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 xml:space="preserve">🟡 </w:t>
            </w:r>
            <w:r>
              <w:rPr>
                <w:b/>
              </w:rPr>
              <w:t>도달 가능해짐</w:t>
            </w:r>
            <w:r>
              <w:t>(개정#9 park우선 제거) — 실전 발동은 라이브런</w:t>
            </w:r>
          </w:p>
        </w:tc>
      </w:tr>
      <w:tr>
        <w:tc>
          <w:tcPr>
            <w:tcW w:type="dxa" w:w="2160"/>
          </w:tcPr>
          <w:p>
            <w:r>
              <w:t>SG-E2</w:t>
            </w:r>
          </w:p>
        </w:tc>
        <w:tc>
          <w:tcPr>
            <w:tcW w:type="dxa" w:w="2160"/>
          </w:tcPr>
          <w:p>
            <w:r>
              <w:t>규칙개정 자동반영 금지</w:t>
            </w:r>
          </w:p>
        </w:tc>
        <w:tc>
          <w:tcPr>
            <w:tcW w:type="dxa" w:w="2160"/>
          </w:tcPr>
          <w:p>
            <w:r>
              <w:t>N/A(정직)</w:t>
            </w:r>
          </w:p>
        </w:tc>
        <w:tc>
          <w:tcPr>
            <w:tcW w:type="dxa" w:w="2160"/>
          </w:tcPr>
          <w:p>
            <w:r>
              <w:t>📋 프로세스</w:t>
            </w:r>
          </w:p>
        </w:tc>
      </w:tr>
      <w:tr>
        <w:tc>
          <w:tcPr>
            <w:tcW w:type="dxa" w:w="2160"/>
          </w:tcPr>
          <w:p>
            <w:r>
              <w:t>F1</w:t>
            </w:r>
          </w:p>
        </w:tc>
        <w:tc>
          <w:tcPr>
            <w:tcW w:type="dxa" w:w="2160"/>
          </w:tcPr>
          <w:p>
            <w:r>
              <w:t>확실/추정/모름 라벨</w:t>
            </w:r>
          </w:p>
        </w:tc>
        <w:tc>
          <w:tcPr>
            <w:tcW w:type="dxa" w:w="2160"/>
          </w:tcPr>
          <w:p>
            <w:r>
              <w:t>N/A(정직)</w:t>
            </w:r>
          </w:p>
        </w:tc>
        <w:tc>
          <w:tcPr>
            <w:tcW w:type="dxa" w:w="2160"/>
          </w:tcPr>
          <w:p>
            <w:r>
              <w:t>🟢 프롬프트</w:t>
            </w:r>
          </w:p>
        </w:tc>
      </w:tr>
      <w:tr>
        <w:tc>
          <w:tcPr>
            <w:tcW w:type="dxa" w:w="2160"/>
          </w:tcPr>
          <w:p>
            <w:r>
              <w:t>F2</w:t>
            </w:r>
          </w:p>
        </w:tc>
        <w:tc>
          <w:tcPr>
            <w:tcW w:type="dxa" w:w="2160"/>
          </w:tcPr>
          <w:p>
            <w:r>
              <w:t>§7 5문항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F3</w:t>
            </w:r>
          </w:p>
        </w:tc>
        <w:tc>
          <w:tcPr>
            <w:tcW w:type="dxa" w:w="2160"/>
          </w:tcPr>
          <w:p>
            <w:r>
              <w:t>동의로 시작 금지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F4</w:t>
            </w:r>
          </w:p>
        </w:tc>
        <w:tc>
          <w:tcPr>
            <w:tcW w:type="dxa" w:w="2160"/>
          </w:tcPr>
          <w:p>
            <w:r>
              <w:t>근거-쟁점 의미적합 게이트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 xml:space="preserve">❌ </w:t>
            </w:r>
            <w:r>
              <w:rPr>
                <w:b/>
              </w:rPr>
              <w:t>미발동</w:t>
            </w:r>
          </w:p>
        </w:tc>
      </w:tr>
      <w:tr>
        <w:tc>
          <w:tcPr>
            <w:tcW w:type="dxa" w:w="2160"/>
          </w:tcPr>
          <w:p>
            <w:r>
              <w:t>G1</w:t>
            </w:r>
          </w:p>
        </w:tc>
        <w:tc>
          <w:tcPr>
            <w:tcW w:type="dxa" w:w="2160"/>
          </w:tcPr>
          <w:p>
            <w:r>
              <w:t>항상 표(표2 불합치 남김)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🟡 표2 불합치 거의 미발동(GPT·Grok 갈려야)</w:t>
            </w:r>
          </w:p>
        </w:tc>
      </w:tr>
      <w:tr>
        <w:tc>
          <w:tcPr>
            <w:tcW w:type="dxa" w:w="2160"/>
          </w:tcPr>
          <w:p>
            <w:r>
              <w:t>G2</w:t>
            </w:r>
          </w:p>
        </w:tc>
        <w:tc>
          <w:tcPr>
            <w:tcW w:type="dxa" w:w="2160"/>
          </w:tcPr>
          <w:p>
            <w:r>
              <w:t>.md 요약표 먼저</w:t>
            </w:r>
          </w:p>
        </w:tc>
        <w:tc>
          <w:tcPr>
            <w:tcW w:type="dxa" w:w="2160"/>
          </w:tcPr>
          <w:p>
            <w:r>
              <w:t>N/A</w:t>
            </w:r>
          </w:p>
        </w:tc>
        <w:tc>
          <w:tcPr>
            <w:tcW w:type="dxa" w:w="2160"/>
          </w:tcPr>
          <w:p>
            <w:r>
              <w:t>📋</w:t>
            </w:r>
          </w:p>
        </w:tc>
      </w:tr>
      <w:tr>
        <w:tc>
          <w:tcPr>
            <w:tcW w:type="dxa" w:w="2160"/>
          </w:tcPr>
          <w:p>
            <w:r>
              <w:t>G3</w:t>
            </w:r>
          </w:p>
        </w:tc>
        <w:tc>
          <w:tcPr>
            <w:tcW w:type="dxa" w:w="2160"/>
          </w:tcPr>
          <w:p>
            <w:r>
              <w:t>정제도원장 append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  <w:tr>
        <w:tc>
          <w:tcPr>
            <w:tcW w:type="dxa" w:w="2160"/>
          </w:tcPr>
          <w:p>
            <w:r>
              <w:t>G4</w:t>
            </w:r>
          </w:p>
        </w:tc>
        <w:tc>
          <w:tcPr>
            <w:tcW w:type="dxa" w:w="2160"/>
          </w:tcPr>
          <w:p>
            <w:r>
              <w:t>[비용]줄 상시</w:t>
            </w:r>
          </w:p>
        </w:tc>
        <w:tc>
          <w:tcPr>
            <w:tcW w:type="dxa" w:w="2160"/>
          </w:tcPr>
          <w:p>
            <w:r>
              <w:t>PASS</w:t>
            </w:r>
          </w:p>
        </w:tc>
        <w:tc>
          <w:tcPr>
            <w:tcW w:type="dxa" w:w="2160"/>
          </w:tcPr>
          <w:p>
            <w:r>
              <w:t>🟢</w:t>
            </w:r>
          </w:p>
        </w:tc>
      </w:tr>
    </w:tbl>
    <w:p>
      <w:r>
        <w:rPr>
          <w:b/>
        </w:rPr>
        <w:t>라이브 미발동 핵심 5</w:t>
      </w:r>
      <w:r>
        <w:t xml:space="preserve">: B2재검색·C3이양·C7유지·SG-E1서명·F4강등 + G1표2불합치. 스펙 §4가 "이게 실제 발동해 옳게 작동해야 1차 완료"라 명시 — </w:t>
      </w:r>
      <w:r>
        <w:rPr>
          <w:b/>
        </w:rPr>
        <w:t>아직 미완</w:t>
      </w:r>
      <w:r>
        <w:t>.</w:t>
      </w:r>
    </w:p>
    <w:p>
      <w:pPr>
        <w:jc w:val="center"/>
      </w:pPr>
      <w:r>
        <w:t>──────────────────────────────</w:t>
      </w:r>
    </w:p>
    <w:p>
      <w:pPr>
        <w:pStyle w:val="Heading2"/>
      </w:pPr>
      <w:r>
        <w:t>2. 개정 불변식 H1~H15 (코드 기계검증)</w:t>
      </w:r>
    </w:p>
    <w:p>
      <w:r>
        <w:t>전부 PASS. H3/H4=개정#1(옵션A consensus), H9=개정#2(비용), H11=개정#3(비판자), H12=개정#4(교차반증), H13=개정#5(라이브SSE), H15=개정#7(옵션c). 개정#6(핵심기준)·#8(Claude 3역할)=프로세스+배선.</w:t>
      </w:r>
    </w:p>
    <w:p>
      <w:pPr>
        <w:jc w:val="center"/>
      </w:pPr>
      <w:r>
        <w:t>──────────────────────────────</w:t>
      </w:r>
    </w:p>
    <w:p>
      <w:pPr>
        <w:pStyle w:val="Heading2"/>
      </w:pPr>
      <w:r>
        <w:t>3. 개정 #1~8 적용 여부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개정</w:t>
            </w:r>
          </w:p>
        </w:tc>
        <w:tc>
          <w:tcPr>
            <w:tcW w:type="dxa" w:w="2880"/>
          </w:tcPr>
          <w:p>
            <w:r>
              <w:rPr>
                <w:b/>
              </w:rPr>
              <w:t>내용</w:t>
            </w:r>
          </w:p>
        </w:tc>
        <w:tc>
          <w:tcPr>
            <w:tcW w:type="dxa" w:w="2880"/>
          </w:tcPr>
          <w:p>
            <w:r>
              <w:rPr>
                <w:b/>
              </w:rPr>
              <w:t>적용</w:t>
            </w:r>
          </w:p>
        </w:tc>
      </w:tr>
      <w:tr>
        <w:tc>
          <w:tcPr>
            <w:tcW w:type="dxa" w:w="2880"/>
          </w:tcPr>
          <w:p>
            <w:r>
              <w:t>#1</w:t>
            </w:r>
          </w:p>
        </w:tc>
        <w:tc>
          <w:tcPr>
            <w:tcW w:type="dxa" w:w="2880"/>
          </w:tcPr>
          <w:p>
            <w:r>
              <w:t>SG-E1 consensus 재정의·처분게이트</w:t>
            </w:r>
          </w:p>
        </w:tc>
        <w:tc>
          <w:tcPr>
            <w:tcW w:type="dxa" w:w="2880"/>
          </w:tcPr>
          <w:p>
            <w:r>
              <w:t>🟢 코드(H3/H4) · ❌ 라이브 consensus 미도달</w:t>
            </w:r>
          </w:p>
        </w:tc>
      </w:tr>
      <w:tr>
        <w:tc>
          <w:tcPr>
            <w:tcW w:type="dxa" w:w="2880"/>
          </w:tcPr>
          <w:p>
            <w:r>
              <w:t>#2</w:t>
            </w:r>
          </w:p>
        </w:tc>
        <w:tc>
          <w:tcPr>
            <w:tcW w:type="dxa" w:w="2880"/>
          </w:tcPr>
          <w:p>
            <w:r>
              <w:t>비용 G4 상시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</w:tr>
      <w:tr>
        <w:tc>
          <w:tcPr>
            <w:tcW w:type="dxa" w:w="2880"/>
          </w:tcPr>
          <w:p>
            <w:r>
              <w:t>#3</w:t>
            </w:r>
          </w:p>
        </w:tc>
        <w:tc>
          <w:tcPr>
            <w:tcW w:type="dxa" w:w="2880"/>
          </w:tcPr>
          <w:p>
            <w:r>
              <w:t>비판자+Gemini 합류</w:t>
            </w:r>
          </w:p>
        </w:tc>
        <w:tc>
          <w:tcPr>
            <w:tcW w:type="dxa" w:w="2880"/>
          </w:tcPr>
          <w:p>
            <w:r>
              <w:t>🟢 코드(H11) · 🟡 n&lt;5 잠정</w:t>
            </w:r>
          </w:p>
        </w:tc>
      </w:tr>
      <w:tr>
        <w:tc>
          <w:tcPr>
            <w:tcW w:type="dxa" w:w="2880"/>
          </w:tcPr>
          <w:p>
            <w:r>
              <w:t>#4</w:t>
            </w:r>
          </w:p>
        </w:tc>
        <w:tc>
          <w:tcPr>
            <w:tcW w:type="dxa" w:w="2880"/>
          </w:tcPr>
          <w:p>
            <w:r>
              <w:t>교차반증(역할반전)</w:t>
            </w:r>
          </w:p>
        </w:tc>
        <w:tc>
          <w:tcPr>
            <w:tcW w:type="dxa" w:w="2880"/>
          </w:tcPr>
          <w:p>
            <w:r>
              <w:t>🟢 코드(H12) · ❌ 라이브 미발동</w:t>
            </w:r>
          </w:p>
        </w:tc>
      </w:tr>
      <w:tr>
        <w:tc>
          <w:tcPr>
            <w:tcW w:type="dxa" w:w="2880"/>
          </w:tcPr>
          <w:p>
            <w:r>
              <w:t>#5</w:t>
            </w:r>
          </w:p>
        </w:tc>
        <w:tc>
          <w:tcPr>
            <w:tcW w:type="dxa" w:w="2880"/>
          </w:tcPr>
          <w:p>
            <w:r>
              <w:t>라이브 SSE 서버</w:t>
            </w:r>
          </w:p>
        </w:tc>
        <w:tc>
          <w:tcPr>
            <w:tcW w:type="dxa" w:w="2880"/>
          </w:tcPr>
          <w:p>
            <w:r>
              <w:t>🟢 (H13, live.html)</w:t>
            </w:r>
          </w:p>
        </w:tc>
      </w:tr>
      <w:tr>
        <w:tc>
          <w:tcPr>
            <w:tcW w:type="dxa" w:w="2880"/>
          </w:tcPr>
          <w:p>
            <w:r>
              <w:t>#6</w:t>
            </w:r>
          </w:p>
        </w:tc>
        <w:tc>
          <w:tcPr>
            <w:tcW w:type="dxa" w:w="2880"/>
          </w:tcPr>
          <w:p>
            <w:r>
              <w:t>오케 핵심기준(자격증명·최신모델·변경로그·끝까지진행)</w:t>
            </w:r>
          </w:p>
        </w:tc>
        <w:tc>
          <w:tcPr>
            <w:tcW w:type="dxa" w:w="2880"/>
          </w:tcPr>
          <w:p>
            <w:r>
              <w:t>🟢 대부분 · 🟡 change_ledger 상시성 재확인</w:t>
            </w:r>
          </w:p>
        </w:tc>
      </w:tr>
      <w:tr>
        <w:tc>
          <w:tcPr>
            <w:tcW w:type="dxa" w:w="2880"/>
          </w:tcPr>
          <w:p>
            <w:r>
              <w:t>#7</w:t>
            </w:r>
          </w:p>
        </w:tc>
        <w:tc>
          <w:tcPr>
            <w:tcW w:type="dxa" w:w="2880"/>
          </w:tcPr>
          <w:p>
            <w:r>
              <w:t>옵션c SG-E1↔B4 공존</w:t>
            </w:r>
          </w:p>
        </w:tc>
        <w:tc>
          <w:tcPr>
            <w:tcW w:type="dxa" w:w="2880"/>
          </w:tcPr>
          <w:p>
            <w:r>
              <w:t>🟢 (H15)</w:t>
            </w:r>
          </w:p>
        </w:tc>
      </w:tr>
      <w:tr>
        <w:tc>
          <w:tcPr>
            <w:tcW w:type="dxa" w:w="2880"/>
          </w:tcPr>
          <w:p>
            <w:r>
              <w:t>#8</w:t>
            </w:r>
          </w:p>
        </w:tc>
        <w:tc>
          <w:tcPr>
            <w:tcW w:type="dxa" w:w="2880"/>
          </w:tcPr>
          <w:p>
            <w:r>
              <w:t>Claude 3역할(대화·자료정리·VM설치)</w:t>
            </w:r>
          </w:p>
        </w:tc>
        <w:tc>
          <w:tcPr>
            <w:tcW w:type="dxa" w:w="2880"/>
          </w:tcPr>
          <w:p>
            <w:r>
              <w:t>🟢 배선 · 🟡 뒷단(회의합의→VM배포) 부분</w:t>
            </w:r>
          </w:p>
        </w:tc>
      </w:tr>
    </w:tbl>
    <w:p>
      <w:pPr>
        <w:jc w:val="center"/>
      </w:pPr>
      <w:r>
        <w:t>──────────────────────────────</w:t>
      </w:r>
    </w:p>
    <w:p>
      <w:pPr>
        <w:pStyle w:val="Heading2"/>
      </w:pPr>
      <w:r>
        <w:t>6. 이번 세션(2026-07-17) 확인된 문제 — NEW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rPr>
                <w:b/>
              </w:rPr>
              <w:t>#</w:t>
            </w:r>
          </w:p>
        </w:tc>
        <w:tc>
          <w:tcPr>
            <w:tcW w:type="dxa" w:w="1728"/>
          </w:tcPr>
          <w:p>
            <w:r>
              <w:rPr>
                <w:b/>
              </w:rPr>
              <w:t>문제</w:t>
            </w:r>
          </w:p>
        </w:tc>
        <w:tc>
          <w:tcPr>
            <w:tcW w:type="dxa" w:w="1728"/>
          </w:tcPr>
          <w:p>
            <w:r>
              <w:rPr>
                <w:b/>
              </w:rPr>
              <w:t>확인</w:t>
            </w:r>
          </w:p>
        </w:tc>
        <w:tc>
          <w:tcPr>
            <w:tcW w:type="dxa" w:w="1728"/>
          </w:tcPr>
          <w:p>
            <w:r>
              <w:rPr>
                <w:b/>
              </w:rPr>
              <w:t>영향</w:t>
            </w:r>
          </w:p>
        </w:tc>
        <w:tc>
          <w:tcPr>
            <w:tcW w:type="dxa" w:w="1728"/>
          </w:tcPr>
          <w:p>
            <w:r>
              <w:rPr>
                <w:b/>
              </w:rPr>
              <w:t>상태</w:t>
            </w:r>
          </w:p>
        </w:tc>
      </w:tr>
      <w:tr>
        <w:tc>
          <w:tcPr>
            <w:tcW w:type="dxa" w:w="1728"/>
          </w:tcPr>
          <w:p>
            <w:r>
              <w:t>P1</w:t>
            </w:r>
          </w:p>
        </w:tc>
        <w:tc>
          <w:tcPr>
            <w:tcW w:type="dxa" w:w="1728"/>
          </w:tcPr>
          <w:p>
            <w:r>
              <w:rPr>
                <w:b/>
              </w:rPr>
              <w:t>automerge 원격병합 버그</w:t>
            </w:r>
            <w:r>
              <w:t>(</w:t>
            </w:r>
            <w:r>
              <w:rPr>
                <w:rFonts w:ascii="Consolas" w:hAnsi="Consolas"/>
                <w:color w:val="8A3FFC"/>
              </w:rPr>
              <w:t>cannot unpack CompletedProcess</w:t>
            </w:r>
            <w:r>
              <w:t>)</w:t>
            </w:r>
          </w:p>
        </w:tc>
        <w:tc>
          <w:tcPr>
            <w:tcW w:type="dxa" w:w="1728"/>
          </w:tcPr>
          <w:p>
            <w:r>
              <w:t>✅ b1 merge error</w:t>
            </w:r>
          </w:p>
        </w:tc>
        <w:tc>
          <w:tcPr>
            <w:tcW w:type="dxa" w:w="1728"/>
          </w:tcPr>
          <w:p>
            <w:r>
              <w:t>mkt 검증통과분 병합 안 됨</w:t>
            </w:r>
          </w:p>
        </w:tc>
        <w:tc>
          <w:tcPr>
            <w:tcW w:type="dxa" w:w="1728"/>
          </w:tcPr>
          <w:p>
            <w:r>
              <w:t xml:space="preserve">✅ </w:t>
            </w:r>
            <w:r>
              <w:rPr>
                <w:b/>
              </w:rPr>
              <w:t>수정·원격실측 검증</w:t>
            </w:r>
          </w:p>
        </w:tc>
      </w:tr>
      <w:tr>
        <w:tc>
          <w:tcPr>
            <w:tcW w:type="dxa" w:w="1728"/>
          </w:tcPr>
          <w:p>
            <w:r>
              <w:t>P2</w:t>
            </w:r>
          </w:p>
        </w:tc>
        <w:tc>
          <w:tcPr>
            <w:tcW w:type="dxa" w:w="1728"/>
          </w:tcPr>
          <w:p>
            <w:r>
              <w:rPr>
                <w:b/>
              </w:rPr>
              <w:t>화면 분리 안 됨</w:t>
            </w:r>
            <w:r>
              <w:t>(H11) — index.html 정적빌드라 전환 시 재생성 안 돼 혼재</w:t>
            </w:r>
          </w:p>
        </w:tc>
        <w:tc>
          <w:tcPr>
            <w:tcW w:type="dxa" w:w="1728"/>
          </w:tcPr>
          <w:p>
            <w:r>
              <w:t>✅ 원인확정</w:t>
            </w:r>
          </w:p>
        </w:tc>
        <w:tc>
          <w:tcPr>
            <w:tcW w:type="dxa" w:w="1728"/>
          </w:tcPr>
          <w:p>
            <w:r>
              <w:t>앱별 대시보드 혼재</w:t>
            </w:r>
          </w:p>
        </w:tc>
        <w:tc>
          <w:tcPr>
            <w:tcW w:type="dxa" w:w="1728"/>
          </w:tcPr>
          <w:p>
            <w:r>
              <w:t xml:space="preserve">✅ </w:t>
            </w:r>
            <w:r>
              <w:rPr>
                <w:b/>
              </w:rPr>
              <w:t>전환 시 build.build() 재빌드, default↔MKT 실측 검증</w:t>
            </w:r>
          </w:p>
        </w:tc>
      </w:tr>
      <w:tr>
        <w:tc>
          <w:tcPr>
            <w:tcW w:type="dxa" w:w="1728"/>
          </w:tcPr>
          <w:p>
            <w:r>
              <w:t>P3</w:t>
            </w:r>
          </w:p>
        </w:tc>
        <w:tc>
          <w:tcPr>
            <w:tcW w:type="dxa" w:w="1728"/>
          </w:tcPr>
          <w:p>
            <w:r>
              <w:rPr>
                <w:b/>
              </w:rPr>
              <w:t>ab_meeting.html nav 미연결</w:t>
            </w:r>
          </w:p>
        </w:tc>
        <w:tc>
          <w:tcPr>
            <w:tcW w:type="dxa" w:w="1728"/>
          </w:tcPr>
          <w:p>
            <w:r>
              <w:t>✅</w:t>
            </w:r>
          </w:p>
        </w:tc>
        <w:tc>
          <w:tcPr>
            <w:tcW w:type="dxa" w:w="1728"/>
          </w:tcPr>
          <w:p>
            <w:r>
              <w:t>URL 직접입력 필요</w:t>
            </w:r>
          </w:p>
        </w:tc>
        <w:tc>
          <w:tcPr>
            <w:tcW w:type="dxa" w:w="1728"/>
          </w:tcPr>
          <w:p>
            <w:r>
              <w:t>✅ nav 링크 추가(checklist·설계회의)</w:t>
            </w:r>
          </w:p>
        </w:tc>
      </w:tr>
      <w:tr>
        <w:tc>
          <w:tcPr>
            <w:tcW w:type="dxa" w:w="1728"/>
          </w:tcPr>
          <w:p>
            <w:r>
              <w:t>P4</w:t>
            </w:r>
          </w:p>
        </w:tc>
        <w:tc>
          <w:tcPr>
            <w:tcW w:type="dxa" w:w="1728"/>
          </w:tcPr>
          <w:p>
            <w:r>
              <w:rPr>
                <w:b/>
              </w:rPr>
              <w:t>hollow 통과 병합 위험</w:t>
            </w:r>
            <w:r>
              <w:t xml:space="preserve"> — 이슈B(diff 0줄)·redo11(md만) 둘 다 verified인데 실질 코드변경 없음</w:t>
            </w:r>
          </w:p>
        </w:tc>
        <w:tc>
          <w:tcPr>
            <w:tcW w:type="dxa" w:w="1728"/>
          </w:tcPr>
          <w:p>
            <w:r>
              <w:t xml:space="preserve">✅ </w:t>
            </w:r>
            <w:r>
              <w:rPr>
                <w:b/>
              </w:rPr>
              <w:t>diff 실측 확정</w:t>
            </w:r>
          </w:p>
        </w:tc>
        <w:tc>
          <w:tcPr>
            <w:tcW w:type="dxa" w:w="1728"/>
          </w:tcPr>
          <w:p>
            <w:r>
              <w:t>빈/문서만 병합될 뻔</w:t>
            </w:r>
          </w:p>
        </w:tc>
        <w:tc>
          <w:tcPr>
            <w:tcW w:type="dxa" w:w="1728"/>
          </w:tcPr>
          <w:p>
            <w:r>
              <w:t xml:space="preserve">✅ </w:t>
            </w:r>
            <w:r>
              <w:rPr>
                <w:b/>
              </w:rPr>
              <w:t>automerge 실질성검사(two-dot, md만·빈diff 거부)+hollow병합 되돌림</w:t>
            </w:r>
          </w:p>
        </w:tc>
      </w:tr>
      <w:tr>
        <w:tc>
          <w:tcPr>
            <w:tcW w:type="dxa" w:w="1728"/>
          </w:tcPr>
          <w:p>
            <w:r>
              <w:t>P5</w:t>
            </w:r>
          </w:p>
        </w:tc>
        <w:tc>
          <w:tcPr>
            <w:tcW w:type="dxa" w:w="1728"/>
          </w:tcPr>
          <w:p>
            <w:r>
              <w:t xml:space="preserve">~~사람결정 빈제목 10건~~ </w:t>
            </w:r>
            <w:r>
              <w:rPr>
                <w:b/>
              </w:rPr>
              <w:t>오판</w:t>
            </w:r>
          </w:p>
        </w:tc>
        <w:tc>
          <w:tcPr>
            <w:tcW w:type="dxa" w:w="1728"/>
          </w:tcPr>
          <w:p>
            <w:r>
              <w:t>재확인</w:t>
            </w:r>
          </w:p>
        </w:tc>
        <w:tc>
          <w:tcPr>
            <w:tcW w:type="dxa" w:w="1728"/>
          </w:tcPr>
          <w:p>
            <w:r>
              <w:t>데이터 정상(module/draft 필드)</w:t>
            </w:r>
          </w:p>
        </w:tc>
        <w:tc>
          <w:tcPr>
            <w:tcW w:type="dxa" w:w="1728"/>
          </w:tcPr>
          <w:p>
            <w:r>
              <w:t>✅ 내 확인오류였음, park 멀쩡</w:t>
            </w:r>
          </w:p>
        </w:tc>
      </w:tr>
      <w:tr>
        <w:tc>
          <w:tcPr>
            <w:tcW w:type="dxa" w:w="1728"/>
          </w:tcPr>
          <w:p>
            <w:r>
              <w:t>P6</w:t>
            </w:r>
          </w:p>
        </w:tc>
        <w:tc>
          <w:tcPr>
            <w:tcW w:type="dxa" w:w="1728"/>
          </w:tcPr>
          <w:p>
            <w:r>
              <w:t>유휴 claude 세션 4개</w:t>
            </w:r>
          </w:p>
        </w:tc>
        <w:tc>
          <w:tcPr>
            <w:tcW w:type="dxa" w:w="1728"/>
          </w:tcPr>
          <w:p>
            <w:r>
              <w:t>✅</w:t>
            </w:r>
          </w:p>
        </w:tc>
        <w:tc>
          <w:tcPr>
            <w:tcW w:type="dxa" w:w="1728"/>
          </w:tcPr>
          <w:p>
            <w:r>
              <w:t>자원점유</w:t>
            </w:r>
          </w:p>
        </w:tc>
        <w:tc>
          <w:tcPr>
            <w:tcW w:type="dxa" w:w="1728"/>
          </w:tcPr>
          <w:p>
            <w:r>
              <w:t>✅ 3개 정리(1103423=내 현재세션이라 제외·실측으로 자살 방지)</w:t>
            </w:r>
          </w:p>
        </w:tc>
      </w:tr>
      <w:tr>
        <w:tc>
          <w:tcPr>
            <w:tcW w:type="dxa" w:w="1728"/>
          </w:tcPr>
          <w:p>
            <w:r>
              <w:t>P7</w:t>
            </w:r>
          </w:p>
        </w:tc>
        <w:tc>
          <w:tcPr>
            <w:tcW w:type="dxa" w:w="1728"/>
          </w:tcPr>
          <w:p>
            <w:r>
              <w:t>AB 모듈 v2 완성</w:t>
            </w:r>
          </w:p>
        </w:tc>
        <w:tc>
          <w:tcPr>
            <w:tcW w:type="dxa" w:w="1728"/>
          </w:tcPr>
          <w:p>
            <w:r>
              <w:t>✅</w:t>
            </w:r>
          </w:p>
        </w:tc>
        <w:tc>
          <w:tcPr>
            <w:tcW w:type="dxa" w:w="1728"/>
          </w:tcPr>
          <w:p>
            <w:r>
              <w:t>조정자 역할</w:t>
            </w:r>
          </w:p>
        </w:tc>
        <w:tc>
          <w:tcPr>
            <w:tcW w:type="dxa" w:w="1728"/>
          </w:tcPr>
          <w:p>
            <w:r>
              <w:t xml:space="preserve">✅ </w:t>
            </w:r>
            <w:r>
              <w:rPr>
                <w:b/>
              </w:rPr>
              <w:t>30턴 완주(60행)+OK 6회차 정리+design_ORCH</w:t>
            </w:r>
            <w:r>
              <w:t xml:space="preserve"> (design_AB 비교는 선택)</w:t>
            </w:r>
          </w:p>
        </w:tc>
      </w:tr>
      <w:tr>
        <w:tc>
          <w:tcPr>
            <w:tcW w:type="dxa" w:w="1728"/>
          </w:tcPr>
          <w:p>
            <w:r>
              <w:t>P8</w:t>
            </w:r>
          </w:p>
        </w:tc>
        <w:tc>
          <w:tcPr>
            <w:tcW w:type="dxa" w:w="1728"/>
          </w:tcPr>
          <w:p>
            <w:r>
              <w:rPr>
                <w:b/>
              </w:rPr>
              <w:t>OK Driver가 내 역할 자율수행</w:t>
            </w:r>
          </w:p>
        </w:tc>
        <w:tc>
          <w:tcPr>
            <w:tcW w:type="dxa" w:w="1728"/>
          </w:tcPr>
          <w:p>
            <w:r>
              <w:t>✅ 실증</w:t>
            </w:r>
          </w:p>
        </w:tc>
        <w:tc>
          <w:tcPr>
            <w:tcW w:type="dxa" w:w="1728"/>
          </w:tcPr>
          <w:p>
            <w:r>
              <w:t>앱 자립</w:t>
            </w:r>
          </w:p>
        </w:tc>
        <w:tc>
          <w:tcPr>
            <w:tcW w:type="dxa" w:w="1728"/>
          </w:tcPr>
          <w:p>
            <w:r>
              <w:t xml:space="preserve">🔧 hollow거부✅ · </w:t>
            </w:r>
            <w:r>
              <w:rPr>
                <w:b/>
              </w:rPr>
              <w:t>3턴해결 모듈 실검증✅</w:t>
            </w:r>
            <w:r>
              <w:t>(교정지시 도출) · build_verify 배선중</w:t>
            </w:r>
          </w:p>
        </w:tc>
      </w:tr>
      <w:tr>
        <w:tc>
          <w:tcPr>
            <w:tcW w:type="dxa" w:w="1728"/>
          </w:tcPr>
          <w:p>
            <w:r>
              <w:t>P9</w:t>
            </w:r>
          </w:p>
        </w:tc>
        <w:tc>
          <w:tcPr>
            <w:tcW w:type="dxa" w:w="1728"/>
          </w:tcPr>
          <w:p>
            <w:r>
              <w:t>산출물 md→워드(D12)</w:t>
            </w:r>
          </w:p>
        </w:tc>
        <w:tc>
          <w:tcPr>
            <w:tcW w:type="dxa" w:w="1728"/>
          </w:tcPr>
          <w:p>
            <w:r>
              <w:t>✅ 정정: 인프라 있었음</w:t>
            </w:r>
          </w:p>
        </w:tc>
        <w:tc>
          <w:tcPr>
            <w:tcW w:type="dxa" w:w="1728"/>
          </w:tcPr>
          <w:p>
            <w:r>
              <w:t>열람성</w:t>
            </w:r>
          </w:p>
        </w:tc>
        <w:tc>
          <w:tcPr>
            <w:tcW w:type="dxa" w:w="1728"/>
          </w:tcPr>
          <w:p>
            <w:r>
              <w:t xml:space="preserve">✅ </w:t>
            </w:r>
            <w:r>
              <w:rPr>
                <w:b/>
              </w:rPr>
              <w:t>kind=md 추가+체크리스트 워드버튼, 실측(45KB 유효)</w:t>
            </w:r>
          </w:p>
        </w:tc>
      </w:tr>
      <w:tr>
        <w:tc>
          <w:tcPr>
            <w:tcW w:type="dxa" w:w="1728"/>
          </w:tcPr>
          <w:p>
            <w:r>
              <w:t>P10</w:t>
            </w:r>
          </w:p>
        </w:tc>
        <w:tc>
          <w:tcPr>
            <w:tcW w:type="dxa" w:w="1728"/>
          </w:tcPr>
          <w:p>
            <w:r>
              <w:rPr>
                <w:b/>
              </w:rPr>
              <w:t>B9 위반: 지시 누적(user_directives.md) 미갱신</w:t>
            </w:r>
            <w:r>
              <w:t xml:space="preserve"> — 이번 세션 지시들 안 넣음</w:t>
            </w:r>
          </w:p>
        </w:tc>
        <w:tc>
          <w:tcPr>
            <w:tcW w:type="dxa" w:w="1728"/>
          </w:tcPr>
          <w:p>
            <w:r>
              <w:t>✅ 지적받음</w:t>
            </w:r>
          </w:p>
        </w:tc>
        <w:tc>
          <w:tcPr>
            <w:tcW w:type="dxa" w:w="1728"/>
          </w:tcPr>
          <w:p>
            <w:r>
              <w:t>컨텍스트 손실 대비 깨짐</w:t>
            </w:r>
          </w:p>
        </w:tc>
        <w:tc>
          <w:tcPr>
            <w:tcW w:type="dxa" w:w="1728"/>
          </w:tcPr>
          <w:p>
            <w:r>
              <w:t>🔧 이번 갱신</w:t>
            </w:r>
          </w:p>
        </w:tc>
      </w:tr>
      <w:tr>
        <w:tc>
          <w:tcPr>
            <w:tcW w:type="dxa" w:w="1728"/>
          </w:tcPr>
          <w:p>
            <w:r>
              <w:t>P11</w:t>
            </w:r>
          </w:p>
        </w:tc>
        <w:tc>
          <w:tcPr>
            <w:tcW w:type="dxa" w:w="1728"/>
          </w:tcPr>
          <w:p>
            <w:r>
              <w:rPr>
                <w:b/>
              </w:rPr>
              <w:t>A3/B4 위반: 원격 미검증 배선</w:t>
            </w:r>
            <w:r>
              <w:t xml:space="preserve"> — automerge 로컬만 테스트→원격 버그(P1)</w:t>
            </w:r>
          </w:p>
        </w:tc>
        <w:tc>
          <w:tcPr>
            <w:tcW w:type="dxa" w:w="1728"/>
          </w:tcPr>
          <w:p>
            <w:r>
              <w:t>✅</w:t>
            </w:r>
          </w:p>
        </w:tc>
        <w:tc>
          <w:tcPr>
            <w:tcW w:type="dxa" w:w="1728"/>
          </w:tcPr>
          <w:p>
            <w:r>
              <w:t>재검증 규율 붕괴</w:t>
            </w:r>
          </w:p>
        </w:tc>
        <w:tc>
          <w:tcPr>
            <w:tcW w:type="dxa" w:w="1728"/>
          </w:tcPr>
          <w:p>
            <w:r>
              <w:t>⬜</w:t>
            </w:r>
          </w:p>
        </w:tc>
      </w:tr>
      <w:tr>
        <w:tc>
          <w:tcPr>
            <w:tcW w:type="dxa" w:w="1728"/>
          </w:tcPr>
          <w:p>
            <w:r>
              <w:t>U1</w:t>
            </w:r>
          </w:p>
        </w:tc>
        <w:tc>
          <w:tcPr>
            <w:tcW w:type="dxa" w:w="1728"/>
          </w:tcPr>
          <w:p>
            <w:r>
              <w:rPr>
                <w:b/>
              </w:rPr>
              <w:t>화면 시인성·블럭 구성</w:t>
            </w:r>
            <w:r>
              <w:t>(D3 확장)</w:t>
            </w:r>
          </w:p>
        </w:tc>
        <w:tc>
          <w:tcPr>
            <w:tcW w:type="dxa" w:w="1728"/>
          </w:tcPr>
          <w:p>
            <w:r>
              <w:t>✅</w:t>
            </w:r>
          </w:p>
        </w:tc>
        <w:tc>
          <w:tcPr>
            <w:tcW w:type="dxa" w:w="1728"/>
          </w:tcPr>
          <w:p>
            <w:r>
              <w:t>화면 열람성</w:t>
            </w:r>
          </w:p>
        </w:tc>
        <w:tc>
          <w:tcPr>
            <w:tcW w:type="dxa" w:w="1728"/>
          </w:tcPr>
          <w:p>
            <w:r>
              <w:t xml:space="preserve">✅ </w:t>
            </w:r>
            <w:r>
              <w:rPr>
                <w:b/>
              </w:rPr>
              <w:t>대시보드 적용</w:t>
            </w:r>
            <w:r>
              <w:t>(토큰·1.6·헤딩600·8pt·표여백·배지심볼·nav44·순백0). 타화면 스윕은 선택</w:t>
            </w:r>
          </w:p>
        </w:tc>
      </w:tr>
      <w:tr>
        <w:tc>
          <w:tcPr>
            <w:tcW w:type="dxa" w:w="1728"/>
          </w:tcPr>
          <w:p>
            <w:r>
              <w:t>U2</w:t>
            </w:r>
          </w:p>
        </w:tc>
        <w:tc>
          <w:tcPr>
            <w:tcW w:type="dxa" w:w="1728"/>
          </w:tcPr>
          <w:p>
            <w:r>
              <w:rPr>
                <w:b/>
              </w:rPr>
              <w:t>앱 드롭다운→그 앱 화면 이동</w:t>
            </w:r>
            <w:r>
              <w:t xml:space="preserve"> — 작업별 화면 분리 완성</w:t>
            </w:r>
          </w:p>
        </w:tc>
        <w:tc>
          <w:tcPr>
            <w:tcW w:type="dxa" w:w="1728"/>
          </w:tcPr>
          <w:p>
            <w:r>
              <w:t>✅ 지시</w:t>
            </w:r>
          </w:p>
        </w:tc>
        <w:tc>
          <w:tcPr>
            <w:tcW w:type="dxa" w:w="1728"/>
          </w:tcPr>
          <w:p>
            <w:r>
              <w:t>앱별 전환 UX</w:t>
            </w:r>
          </w:p>
        </w:tc>
        <w:tc>
          <w:tcPr>
            <w:tcW w:type="dxa" w:w="1728"/>
          </w:tcPr>
          <w:p>
            <w:r>
              <w:t>✅ 구현·커밋·K2검증</w:t>
            </w:r>
          </w:p>
        </w:tc>
      </w:tr>
      <w:tr>
        <w:tc>
          <w:tcPr>
            <w:tcW w:type="dxa" w:w="1728"/>
          </w:tcPr>
          <w:p>
            <w:r>
              <w:t>U3</w:t>
            </w:r>
          </w:p>
        </w:tc>
        <w:tc>
          <w:tcPr>
            <w:tcW w:type="dxa" w:w="1728"/>
          </w:tcPr>
          <w:p>
            <w:r>
              <w:rPr>
                <w:b/>
              </w:rPr>
              <w:t>대시보드 블록 접기/펼치기</w:t>
            </w:r>
            <w:r>
              <w:t>(높이 제각각 → 긴 블록 접고 클릭 시 펼침)</w:t>
            </w:r>
          </w:p>
        </w:tc>
        <w:tc>
          <w:tcPr>
            <w:tcW w:type="dxa" w:w="1728"/>
          </w:tcPr>
          <w:p>
            <w:r>
              <w:t>✅ 지시</w:t>
            </w:r>
          </w:p>
        </w:tc>
        <w:tc>
          <w:tcPr>
            <w:tcW w:type="dxa" w:w="1728"/>
          </w:tcPr>
          <w:p>
            <w:r>
              <w:t>대시보드 정돈</w:t>
            </w:r>
          </w:p>
        </w:tc>
        <w:tc>
          <w:tcPr>
            <w:tcW w:type="dxa" w:w="1728"/>
          </w:tcPr>
          <w:p>
            <w:r>
              <w:t>⏸ 후순위</w:t>
            </w:r>
          </w:p>
        </w:tc>
      </w:tr>
      <w:tr>
        <w:tc>
          <w:tcPr>
            <w:tcW w:type="dxa" w:w="1728"/>
          </w:tcPr>
          <w:p>
            <w:r>
              <w:t>U4</w:t>
            </w:r>
          </w:p>
        </w:tc>
        <w:tc>
          <w:tcPr>
            <w:tcW w:type="dxa" w:w="1728"/>
          </w:tcPr>
          <w:p>
            <w:r>
              <w:rPr>
                <w:b/>
              </w:rPr>
              <w:t>전 화면 시인성 토큰 스윕</w:t>
            </w:r>
            <w:r>
              <w:t>(goals·checklist 등 자체CSS에도 U1 규칙)</w:t>
            </w:r>
          </w:p>
        </w:tc>
        <w:tc>
          <w:tcPr>
            <w:tcW w:type="dxa" w:w="1728"/>
          </w:tcPr>
          <w:p>
            <w:r>
              <w:t>✅ 지시</w:t>
            </w:r>
          </w:p>
        </w:tc>
        <w:tc>
          <w:tcPr>
            <w:tcW w:type="dxa" w:w="1728"/>
          </w:tcPr>
          <w:p>
            <w:r>
              <w:t>일관 시인성</w:t>
            </w:r>
          </w:p>
        </w:tc>
        <w:tc>
          <w:tcPr>
            <w:tcW w:type="dxa" w:w="1728"/>
          </w:tcPr>
          <w:p>
            <w:r>
              <w:t>⏸ 후순위</w:t>
            </w:r>
          </w:p>
        </w:tc>
      </w:tr>
      <w:tr>
        <w:tc>
          <w:tcPr>
            <w:tcW w:type="dxa" w:w="1728"/>
          </w:tcPr>
          <w:p>
            <w:r>
              <w:t>W2</w:t>
            </w:r>
          </w:p>
        </w:tc>
        <w:tc>
          <w:tcPr>
            <w:tcW w:type="dxa" w:w="1728"/>
          </w:tcPr>
          <w:p>
            <w:r>
              <w:rPr>
                <w:b/>
              </w:rPr>
              <w:t>W1 나머지 정본분</w:t>
            </w:r>
            <w:r>
              <w:t>(서킷브레이커·retry-budget·WAL스냅샷·undo_token·IETF health+json)</w:t>
            </w:r>
          </w:p>
        </w:tc>
        <w:tc>
          <w:tcPr>
            <w:tcW w:type="dxa" w:w="1728"/>
          </w:tcPr>
          <w:p>
            <w:r>
              <w:t>✅ 정본설계</w:t>
            </w:r>
          </w:p>
        </w:tc>
        <w:tc>
          <w:tcPr>
            <w:tcW w:type="dxa" w:w="1728"/>
          </w:tcPr>
          <w:p>
            <w:r>
              <w:t>신뢰성 완성</w:t>
            </w:r>
          </w:p>
        </w:tc>
        <w:tc>
          <w:tcPr>
            <w:tcW w:type="dxa" w:w="1728"/>
          </w:tcPr>
          <w:p>
            <w:r>
              <w:t>⏸ 대기(설계 §6 있음)</w:t>
            </w:r>
          </w:p>
        </w:tc>
      </w:tr>
      <w:tr>
        <w:tc>
          <w:tcPr>
            <w:tcW w:type="dxa" w:w="1728"/>
          </w:tcPr>
          <w:p>
            <w:r>
              <w:t>W3</w:t>
            </w:r>
          </w:p>
        </w:tc>
        <w:tc>
          <w:tcPr>
            <w:tcW w:type="dxa" w:w="1728"/>
          </w:tcPr>
          <w:p>
            <w:r>
              <w:rPr>
                <w:b/>
              </w:rPr>
              <w:t>진행중/멈춤 표시 UI</w:t>
            </w:r>
            <w:r>
              <w:t>(live.html 배지 — 단계태그·turn_timeout 대비 경과·watchdog_alive·abortable·Undo토스트·[이어하기])</w:t>
            </w:r>
          </w:p>
        </w:tc>
        <w:tc>
          <w:tcPr>
            <w:tcW w:type="dxa" w:w="1728"/>
          </w:tcPr>
          <w:p>
            <w:r>
              <w:t>✅ 12턴 FE설계</w:t>
            </w:r>
          </w:p>
        </w:tc>
        <w:tc>
          <w:tcPr>
            <w:tcW w:type="dxa" w:w="1728"/>
          </w:tcPr>
          <w:p>
            <w:r>
              <w:t>대표님이 봄+개입</w:t>
            </w:r>
          </w:p>
        </w:tc>
        <w:tc>
          <w:tcPr>
            <w:tcW w:type="dxa" w:w="1728"/>
          </w:tcPr>
          <w:p>
            <w:r>
              <w:t>⏸ 대기(설계 완비)</w:t>
            </w:r>
          </w:p>
        </w:tc>
      </w:tr>
      <w:tr>
        <w:tc>
          <w:tcPr>
            <w:tcW w:type="dxa" w:w="1728"/>
          </w:tcPr>
          <w:p>
            <w:r>
              <w:t>W1</w:t>
            </w:r>
          </w:p>
        </w:tc>
        <w:tc>
          <w:tcPr>
            <w:tcW w:type="dxa" w:w="1728"/>
          </w:tcPr>
          <w:p>
            <w:r>
              <w:rPr>
                <w:b/>
              </w:rPr>
              <w:t>라이브 런 멈춤/튕김 방지</w:t>
            </w:r>
            <w:r>
              <w:t>(H16)</w:t>
            </w:r>
          </w:p>
        </w:tc>
        <w:tc>
          <w:tcPr>
            <w:tcW w:type="dxa" w:w="1728"/>
          </w:tcPr>
          <w:p>
            <w:r>
              <w:t>✅ SG-E1런 실증</w:t>
            </w:r>
          </w:p>
        </w:tc>
        <w:tc>
          <w:tcPr>
            <w:tcW w:type="dxa" w:w="1728"/>
          </w:tcPr>
          <w:p>
            <w:r>
              <w:t>신뢰성</w:t>
            </w:r>
          </w:p>
        </w:tc>
        <w:tc>
          <w:tcPr>
            <w:tcW w:type="dxa" w:w="1728"/>
          </w:tcPr>
          <w:p>
            <w:r>
              <w:t xml:space="preserve">✅ </w:t>
            </w:r>
            <w:r>
              <w:rPr>
                <w:b/>
              </w:rPr>
              <w:t>정본 업그레이드</w:t>
            </w:r>
            <w:r>
              <w:t>: 워치독 2단계 데드맨(WARN 6분 알람+ack창→KILL 11분 자동종료)+pull health계약면(/api/run_health, exit0불신·3상태)+/api/run_ack. WAL·서킷=다음</w:t>
            </w:r>
          </w:p>
        </w:tc>
      </w:tr>
    </w:tbl>
    <w:p>
      <w:pPr>
        <w:jc w:val="center"/>
      </w:pPr>
      <w:r>
        <w:t>──────────────────────────────</w:t>
      </w:r>
    </w:p>
    <w:p>
      <w:pPr>
        <w:pStyle w:val="Heading2"/>
      </w:pPr>
      <w:r>
        <w:t>7. 지시(directive) 전수 이행 — `user_directives.md` 대조</w:t>
      </w:r>
    </w:p>
    <w:p>
      <w:pPr>
        <w:pStyle w:val="IntenseQuote"/>
      </w:pPr>
      <w:r>
        <w:t>🟢적용 · 🟡부분/재확인 · 🔴미적용·위반 · 📋원칙(코드아님). 위반도 정직히.</w:t>
      </w:r>
    </w:p>
    <w:p>
      <w:pPr>
        <w:pStyle w:val="Heading3"/>
      </w:pPr>
      <w:r>
        <w:t>A. 개발 경계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지시</w:t>
            </w:r>
          </w:p>
        </w:tc>
        <w:tc>
          <w:tcPr>
            <w:tcW w:type="dxa" w:w="2880"/>
          </w:tcPr>
          <w:p>
            <w:r>
              <w:rPr>
                <w:b/>
              </w:rPr>
              <w:t>상태</w:t>
            </w:r>
          </w:p>
        </w:tc>
        <w:tc>
          <w:tcPr>
            <w:tcW w:type="dxa" w:w="2880"/>
          </w:tcPr>
          <w:p>
            <w:r>
              <w:rPr>
                <w:b/>
              </w:rPr>
              <w:t>비고</w:t>
            </w:r>
          </w:p>
        </w:tc>
      </w:tr>
      <w:tr>
        <w:tc>
          <w:tcPr>
            <w:tcW w:type="dxa" w:w="2880"/>
          </w:tcPr>
          <w:p>
            <w:r>
              <w:t>A1 이 CLI=오케 개발 전용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>
            <w:r>
              <w:t>오케 능력(모듈)만 개발 중</w:t>
            </w:r>
          </w:p>
        </w:tc>
      </w:tr>
      <w:tr>
        <w:tc>
          <w:tcPr>
            <w:tcW w:type="dxa" w:w="2880"/>
          </w:tcPr>
          <w:p>
            <w:r>
              <w:t>A2 MKT는 OK 통해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>
            <w:r>
              <w:t>batch로 실행</w:t>
            </w:r>
          </w:p>
        </w:tc>
      </w:tr>
      <w:tr>
        <w:tc>
          <w:tcPr>
            <w:tcW w:type="dxa" w:w="2880"/>
          </w:tcPr>
          <w:p>
            <w:r>
              <w:t>A3 내 직접수정 금지·OK 일괄</w:t>
            </w:r>
          </w:p>
        </w:tc>
        <w:tc>
          <w:tcPr>
            <w:tcW w:type="dxa" w:w="2880"/>
          </w:tcPr>
          <w:p>
            <w:r>
              <w:t>🔴</w:t>
            </w:r>
          </w:p>
        </w:tc>
        <w:tc>
          <w:tcPr>
            <w:tcW w:type="dxa" w:w="2880"/>
          </w:tcPr>
          <w:p>
            <w:r>
              <w:t>automerge 버그 내가 고치려 함=경계 넘음. 앱코드는 OK가 해야</w:t>
            </w:r>
          </w:p>
        </w:tc>
      </w:tr>
    </w:tbl>
    <w:p>
      <w:pPr>
        <w:pStyle w:val="Heading3"/>
      </w:pPr>
      <w:r>
        <w:t>B. 작업/대화 방식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지시</w:t>
            </w:r>
          </w:p>
        </w:tc>
        <w:tc>
          <w:tcPr>
            <w:tcW w:type="dxa" w:w="2880"/>
          </w:tcPr>
          <w:p>
            <w:r>
              <w:rPr>
                <w:b/>
              </w:rPr>
              <w:t>상태</w:t>
            </w:r>
          </w:p>
        </w:tc>
        <w:tc>
          <w:tcPr>
            <w:tcW w:type="dxa" w:w="2880"/>
          </w:tcPr>
          <w:p>
            <w:r>
              <w:rPr>
                <w:b/>
              </w:rPr>
              <w:t>비고</w:t>
            </w:r>
          </w:p>
        </w:tc>
      </w:tr>
      <w:tr>
        <w:tc>
          <w:tcPr>
            <w:tcW w:type="dxa" w:w="2880"/>
          </w:tcPr>
          <w:p>
            <w:r>
              <w:t>B1 대화끝 체크리스트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B2 필요=구현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B3 추정금지 실측</w:t>
            </w:r>
          </w:p>
        </w:tc>
        <w:tc>
          <w:tcPr>
            <w:tcW w:type="dxa" w:w="2880"/>
          </w:tcPr>
          <w:p>
            <w:r>
              <w:t>🔴</w:t>
            </w:r>
          </w:p>
        </w:tc>
        <w:tc>
          <w:tcPr>
            <w:tcW w:type="dxa" w:w="2880"/>
          </w:tcPr>
          <w:p>
            <w:r>
              <w:t>automerge 원격 미실측→버그</w:t>
            </w:r>
          </w:p>
        </w:tc>
      </w:tr>
      <w:tr>
        <w:tc>
          <w:tcPr>
            <w:tcW w:type="dxa" w:w="2880"/>
          </w:tcPr>
          <w:p>
            <w:r>
              <w:t>B4 완료 전 재검증</w:t>
            </w:r>
          </w:p>
        </w:tc>
        <w:tc>
          <w:tcPr>
            <w:tcW w:type="dxa" w:w="2880"/>
          </w:tcPr>
          <w:p>
            <w:r>
              <w:t>🔴</w:t>
            </w:r>
          </w:p>
        </w:tc>
        <w:tc>
          <w:tcPr>
            <w:tcW w:type="dxa" w:w="2880"/>
          </w:tcPr>
          <w:p>
            <w:r>
              <w:t>automerge·AB v1 미검증 배선</w:t>
            </w:r>
          </w:p>
        </w:tc>
      </w:tr>
      <w:tr>
        <w:tc>
          <w:tcPr>
            <w:tcW w:type="dxa" w:w="2880"/>
          </w:tcPr>
          <w:p>
            <w:r>
              <w:t>B5 비용 실제 돈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B6 사람결정=비용·블로커만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>
            <w:r>
              <w:t>standards ABSOLUTE</w:t>
            </w:r>
          </w:p>
        </w:tc>
      </w:tr>
      <w:tr>
        <w:tc>
          <w:tcPr>
            <w:tcW w:type="dxa" w:w="2880"/>
          </w:tcPr>
          <w:p>
            <w:r>
              <w:t>B7 사람결정에 근거·강도%</w:t>
            </w:r>
          </w:p>
        </w:tc>
        <w:tc>
          <w:tcPr>
            <w:tcW w:type="dxa" w:w="2880"/>
          </w:tcPr>
          <w:p>
            <w:r>
              <w:t>🟡</w:t>
            </w:r>
          </w:p>
        </w:tc>
        <w:tc>
          <w:tcPr>
            <w:tcW w:type="dxa" w:w="2880"/>
          </w:tcPr>
          <w:p>
            <w:r>
              <w:t>재확인</w:t>
            </w:r>
          </w:p>
        </w:tc>
      </w:tr>
      <w:tr>
        <w:tc>
          <w:tcPr>
            <w:tcW w:type="dxa" w:w="2880"/>
          </w:tcPr>
          <w:p>
            <w:r>
              <w:t>B8 질문 줄이고 결정</w:t>
            </w:r>
          </w:p>
        </w:tc>
        <w:tc>
          <w:tcPr>
            <w:tcW w:type="dxa" w:w="2880"/>
          </w:tcPr>
          <w:p>
            <w:r>
              <w:t>🟡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B9 지시 누적 갱신</w:t>
            </w:r>
          </w:p>
        </w:tc>
        <w:tc>
          <w:tcPr>
            <w:tcW w:type="dxa" w:w="2880"/>
          </w:tcPr>
          <w:p>
            <w:r>
              <w:t>🔴→🔧</w:t>
            </w:r>
          </w:p>
        </w:tc>
        <w:tc>
          <w:tcPr>
            <w:tcW w:type="dxa" w:w="2880"/>
          </w:tcPr>
          <w:p>
            <w:r>
              <w:t>안 읽고 안 갱신했음. 이번 갱신 중</w:t>
            </w:r>
          </w:p>
        </w:tc>
      </w:tr>
      <w:tr>
        <w:tc>
          <w:tcPr>
            <w:tcW w:type="dxa" w:w="2880"/>
          </w:tcPr>
          <w:p>
            <w:r>
              <w:t>B10 됐다 금지·%사용</w:t>
            </w:r>
          </w:p>
        </w:tc>
        <w:tc>
          <w:tcPr>
            <w:tcW w:type="dxa" w:w="2880"/>
          </w:tcPr>
          <w:p>
            <w:r>
              <w:t>🟡</w:t>
            </w:r>
          </w:p>
        </w:tc>
        <w:tc>
          <w:tcPr>
            <w:tcW w:type="dxa" w:w="2880"/>
          </w:tcPr>
          <w:p>
            <w:r>
              <w:t>대체로 준수</w:t>
            </w:r>
          </w:p>
        </w:tc>
      </w:tr>
    </w:tbl>
    <w:p>
      <w:pPr>
        <w:pStyle w:val="Heading3"/>
      </w:pPr>
      <w:r>
        <w:t>C. 회의 구조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지시</w:t>
            </w:r>
          </w:p>
        </w:tc>
        <w:tc>
          <w:tcPr>
            <w:tcW w:type="dxa" w:w="2880"/>
          </w:tcPr>
          <w:p>
            <w:r>
              <w:rPr>
                <w:b/>
              </w:rPr>
              <w:t>상태</w:t>
            </w:r>
          </w:p>
        </w:tc>
        <w:tc>
          <w:tcPr>
            <w:tcW w:type="dxa" w:w="2880"/>
          </w:tcPr>
          <w:p>
            <w:r>
              <w:rPr>
                <w:b/>
              </w:rPr>
              <w:t>비고</w:t>
            </w:r>
          </w:p>
        </w:tc>
      </w:tr>
      <w:tr>
        <w:tc>
          <w:tcPr>
            <w:tcW w:type="dxa" w:w="2880"/>
          </w:tcPr>
          <w:p>
            <w:r>
              <w:t>C1 AI 협력 구축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C2 교차반증 라이브 배선</w:t>
            </w:r>
          </w:p>
        </w:tc>
        <w:tc>
          <w:tcPr>
            <w:tcW w:type="dxa" w:w="2880"/>
          </w:tcPr>
          <w:p>
            <w:r>
              <w:t>🟡</w:t>
            </w:r>
          </w:p>
        </w:tc>
        <w:tc>
          <w:tcPr>
            <w:tcW w:type="dxa" w:w="2880"/>
          </w:tcPr>
          <w:p>
            <w:r>
              <w:t>SPEC 있음, 라이브 미발동(§1)</w:t>
            </w:r>
          </w:p>
        </w:tc>
      </w:tr>
      <w:tr>
        <w:tc>
          <w:tcPr>
            <w:tcW w:type="dxa" w:w="2880"/>
          </w:tcPr>
          <w:p>
            <w:r>
              <w:t>C3 max_rounds 1→3</w:t>
            </w:r>
          </w:p>
        </w:tc>
        <w:tc>
          <w:tcPr>
            <w:tcW w:type="dxa" w:w="2880"/>
          </w:tcPr>
          <w:p>
            <w:r>
              <w:t>🟡</w:t>
            </w:r>
          </w:p>
        </w:tc>
        <w:tc>
          <w:tcPr>
            <w:tcW w:type="dxa" w:w="2880"/>
          </w:tcPr>
          <w:p>
            <w:r>
              <w:t>병합 여부 재확인</w:t>
            </w:r>
          </w:p>
        </w:tc>
      </w:tr>
      <w:tr>
        <w:tc>
          <w:tcPr>
            <w:tcW w:type="dxa" w:w="2880"/>
          </w:tcPr>
          <w:p>
            <w:r>
              <w:t>C4 컨텍스트 AI토론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</w:tbl>
    <w:p>
      <w:pPr>
        <w:pStyle w:val="Heading3"/>
      </w:pPr>
      <w:r>
        <w:t>D. 기능 요구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지시</w:t>
            </w:r>
          </w:p>
        </w:tc>
        <w:tc>
          <w:tcPr>
            <w:tcW w:type="dxa" w:w="2880"/>
          </w:tcPr>
          <w:p>
            <w:r>
              <w:rPr>
                <w:b/>
              </w:rPr>
              <w:t>상태</w:t>
            </w:r>
          </w:p>
        </w:tc>
        <w:tc>
          <w:tcPr>
            <w:tcW w:type="dxa" w:w="2880"/>
          </w:tcPr>
          <w:p>
            <w:r>
              <w:rPr>
                <w:b/>
              </w:rPr>
              <w:t>비고</w:t>
            </w:r>
          </w:p>
        </w:tc>
      </w:tr>
      <w:tr>
        <w:tc>
          <w:tcPr>
            <w:tcW w:type="dxa" w:w="2880"/>
          </w:tcPr>
          <w:p>
            <w:r>
              <w:t>D1 완료알림 ntfy</w:t>
            </w:r>
          </w:p>
        </w:tc>
        <w:tc>
          <w:tcPr>
            <w:tcW w:type="dxa" w:w="2880"/>
          </w:tcPr>
          <w:p>
            <w:r>
              <w:t>🟡</w:t>
            </w:r>
          </w:p>
        </w:tc>
        <w:tc>
          <w:tcPr>
            <w:tcW w:type="dxa" w:w="2880"/>
          </w:tcPr>
          <w:p>
            <w:r>
              <w:t>폰 도착 미확인(미통과 이력)</w:t>
            </w:r>
          </w:p>
        </w:tc>
      </w:tr>
      <w:tr>
        <w:tc>
          <w:tcPr>
            <w:tcW w:type="dxa" w:w="2880"/>
          </w:tcPr>
          <w:p>
            <w:r>
              <w:t>D2 상태3분류·배포접기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>
            <w:r>
              <w:t>V2 병합</w:t>
            </w:r>
          </w:p>
        </w:tc>
      </w:tr>
      <w:tr>
        <w:tc>
          <w:tcPr>
            <w:tcW w:type="dxa" w:w="2880"/>
          </w:tcPr>
          <w:p>
            <w:r>
              <w:t>D3 화면정리·nav고정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>
            <w:r>
              <w:t>V1 병합</w:t>
            </w:r>
          </w:p>
        </w:tc>
      </w:tr>
      <w:tr>
        <w:tc>
          <w:tcPr>
            <w:tcW w:type="dxa" w:w="2880"/>
          </w:tcPr>
          <w:p>
            <w:r>
              <w:t>D4 두 대화창 구분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D5 구현/병합/미통과 분리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D6 진행표시 상시</w:t>
            </w:r>
          </w:p>
        </w:tc>
        <w:tc>
          <w:tcPr>
            <w:tcW w:type="dxa" w:w="2880"/>
          </w:tcPr>
          <w:p>
            <w:r>
              <w:t>🟡</w:t>
            </w:r>
          </w:p>
        </w:tc>
        <w:tc>
          <w:tcPr>
            <w:tcW w:type="dxa" w:w="2880"/>
          </w:tcPr>
          <w:p>
            <w:r>
              <w:t>V8 배치대상</w:t>
            </w:r>
          </w:p>
        </w:tc>
      </w:tr>
      <w:tr>
        <w:tc>
          <w:tcPr>
            <w:tcW w:type="dxa" w:w="2880"/>
          </w:tcPr>
          <w:p>
            <w:r>
              <w:t>D7 결과 영속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D8 배치 서버주도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D9 사용량 메뉴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>
            <w:r>
              <w:t>V3 병합</w:t>
            </w:r>
          </w:p>
        </w:tc>
      </w:tr>
      <w:tr>
        <w:tc>
          <w:tcPr>
            <w:tcW w:type="dxa" w:w="2880"/>
          </w:tcPr>
          <w:p>
            <w:r>
              <w:t>D10 타임아웃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D11 AI협력 화면가시성</w:t>
            </w:r>
          </w:p>
        </w:tc>
        <w:tc>
          <w:tcPr>
            <w:tcW w:type="dxa" w:w="2880"/>
          </w:tcPr>
          <w:p>
            <w:r>
              <w:t>🟡</w:t>
            </w:r>
          </w:p>
        </w:tc>
        <w:tc>
          <w:tcPr>
            <w:tcW w:type="dxa" w:w="2880"/>
          </w:tcPr>
          <w:p>
            <w:r>
              <w:t>V4 진행</w:t>
            </w:r>
          </w:p>
        </w:tc>
      </w:tr>
      <w:tr>
        <w:tc>
          <w:tcPr>
            <w:tcW w:type="dxa" w:w="2880"/>
          </w:tcPr>
          <w:p>
            <w:r>
              <w:rPr>
                <w:b/>
              </w:rPr>
              <w:t>D12 산출물 docx/xlsx/pdf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>
            <w:r>
              <w:t>export 인프라 있었음(감사/보고서/원장)+</w:t>
            </w:r>
            <w:r>
              <w:rPr>
                <w:b/>
              </w:rPr>
              <w:t>md종류 추가</w:t>
            </w:r>
            <w:r>
              <w:t>(체크리스트→워드). 실측✅</w:t>
            </w:r>
          </w:p>
        </w:tc>
      </w:tr>
      <w:tr>
        <w:tc>
          <w:tcPr>
            <w:tcW w:type="dxa" w:w="2880"/>
          </w:tcPr>
          <w:p>
            <w:r>
              <w:t>D13 예산폴백·경고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D14 파일업로드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D15 블로그 자동화</w:t>
            </w:r>
          </w:p>
        </w:tc>
        <w:tc>
          <w:tcPr>
            <w:tcW w:type="dxa" w:w="2880"/>
          </w:tcPr>
          <w:p>
            <w:r>
              <w:t>🟡</w:t>
            </w:r>
          </w:p>
        </w:tc>
        <w:tc>
          <w:tcPr>
            <w:tcW w:type="dxa" w:w="2880"/>
          </w:tcPr>
          <w:p>
            <w:r>
              <w:t>blog6 미완</w:t>
            </w:r>
          </w:p>
        </w:tc>
      </w:tr>
      <w:tr>
        <w:tc>
          <w:tcPr>
            <w:tcW w:type="dxa" w:w="2880"/>
          </w:tcPr>
          <w:p>
            <w:r>
              <w:t>D16 기기연속성 tmux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rPr>
                <w:b/>
              </w:rPr>
              <w:t>D17 문제→OK회의→앱게시→내의견</w:t>
            </w:r>
          </w:p>
        </w:tc>
        <w:tc>
          <w:tcPr>
            <w:tcW w:type="dxa" w:w="2880"/>
          </w:tcPr>
          <w:p>
            <w:r>
              <w:t>🟢 v1</w:t>
            </w:r>
          </w:p>
        </w:tc>
        <w:tc>
          <w:tcPr>
            <w:tcW w:type="dxa" w:w="2880"/>
          </w:tcPr>
          <w:p>
            <w:r>
              <w:t>problem.html 진입점(회의 draft 프레이밍→live run→trace). 자동트리거는 다음</w:t>
            </w:r>
          </w:p>
        </w:tc>
      </w:tr>
    </w:tbl>
    <w:p>
      <w:pPr>
        <w:pStyle w:val="Heading3"/>
      </w:pPr>
      <w:r>
        <w:t>E·F·G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지시</w:t>
            </w:r>
          </w:p>
        </w:tc>
        <w:tc>
          <w:tcPr>
            <w:tcW w:type="dxa" w:w="2880"/>
          </w:tcPr>
          <w:p>
            <w:r>
              <w:rPr>
                <w:b/>
              </w:rPr>
              <w:t>상태</w:t>
            </w:r>
          </w:p>
        </w:tc>
        <w:tc>
          <w:tcPr>
            <w:tcW w:type="dxa" w:w="2880"/>
          </w:tcPr>
          <w:p>
            <w:r>
              <w:rPr>
                <w:b/>
              </w:rPr>
              <w:t>비고</w:t>
            </w:r>
          </w:p>
        </w:tc>
      </w:tr>
      <w:tr>
        <w:tc>
          <w:tcPr>
            <w:tcW w:type="dxa" w:w="2880"/>
          </w:tcPr>
          <w:p>
            <w:r>
              <w:t>UD-E1 벤치마크 2단계 연기</w:t>
            </w:r>
          </w:p>
        </w:tc>
        <w:tc>
          <w:tcPr>
            <w:tcW w:type="dxa" w:w="2880"/>
          </w:tcPr>
          <w:p>
            <w:r>
              <w:t>🟢 결정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UD-E2 정제도 우회금지</w:t>
            </w:r>
          </w:p>
        </w:tc>
        <w:tc>
          <w:tcPr>
            <w:tcW w:type="dxa" w:w="2880"/>
          </w:tcPr>
          <w:p>
            <w:r>
              <w:t>🟢 원칙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F1~F7 예산정책($20·80%·$5캡·기반6)</w:t>
            </w:r>
          </w:p>
        </w:tc>
        <w:tc>
          <w:tcPr>
            <w:tcW w:type="dxa" w:w="2880"/>
          </w:tcPr>
          <w:p>
            <w:r>
              <w:t>🟡</w:t>
            </w:r>
          </w:p>
        </w:tc>
        <w:tc>
          <w:tcPr>
            <w:tcW w:type="dxa" w:w="2880"/>
          </w:tcPr>
          <w:p>
            <w:r>
              <w:t>코드반영, 라이브 재확인</w:t>
            </w:r>
          </w:p>
        </w:tc>
      </w:tr>
      <w:tr>
        <w:tc>
          <w:tcPr>
            <w:tcW w:type="dxa" w:w="2880"/>
          </w:tcPr>
          <w:p>
            <w:r>
              <w:t>G1 원클릭 dev_provision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G2 정직 ssh-copy-id</w:t>
            </w:r>
          </w:p>
        </w:tc>
        <w:tc>
          <w:tcPr>
            <w:tcW w:type="dxa" w:w="2880"/>
          </w:tcPr>
          <w:p>
            <w:r>
              <w:t>🟢</w:t>
            </w:r>
          </w:p>
        </w:tc>
        <w:tc>
          <w:tcPr>
            <w:tcW w:type="dxa" w:w="2880"/>
          </w:tcPr>
          <w:p/>
        </w:tc>
      </w:tr>
    </w:tbl>
    <w:p>
      <w:r>
        <w:rPr>
          <w:b/>
        </w:rPr>
        <w:t>지시 위반 요약(🔴 6건)</w:t>
      </w:r>
      <w:r>
        <w:t xml:space="preserve">: A3·B3·B4·B9·D12·D17. 이 중 </w:t>
      </w:r>
      <w:r>
        <w:rPr>
          <w:b/>
        </w:rPr>
        <w:t>D17(문제→OK회의)·A3(직접수정금지)</w:t>
      </w:r>
      <w:r>
        <w:t xml:space="preserve"> 가 "오케 클코가 내 역할" 지적의 핵심.</w:t>
      </w:r>
    </w:p>
    <w:p>
      <w:pPr>
        <w:jc w:val="center"/>
      </w:pPr>
      <w:r>
        <w:t>──────────────────────────────</w:t>
      </w:r>
    </w:p>
    <w:p>
      <w:pPr>
        <w:pStyle w:val="Heading2"/>
      </w:pPr>
      <w:r>
        <w:t>8. 우선순위 (제안)</w:t>
      </w:r>
    </w:p>
    <w:p>
      <w:pPr>
        <w:pStyle w:val="ListNumber"/>
      </w:pPr>
      <w:r>
        <w:rPr>
          <w:b/>
        </w:rPr>
        <w:t>P1 automerge 버그</w:t>
      </w:r>
      <w:r>
        <w:t>(실질 피해 — 좋은 구현이 병합 안 됨)</w:t>
      </w:r>
    </w:p>
    <w:p>
      <w:pPr>
        <w:pStyle w:val="ListNumber"/>
      </w:pPr>
      <w:r>
        <w:rPr>
          <w:b/>
        </w:rPr>
        <w:t>라이브 미발동 5</w:t>
      </w:r>
      <w:r>
        <w:t>(§1·§4) — 스펙이 "1차 완료 조건"이라 명시한 핵심</w:t>
      </w:r>
    </w:p>
    <w:p>
      <w:pPr>
        <w:pStyle w:val="ListNumber"/>
      </w:pPr>
      <w:r>
        <w:rPr>
          <w:b/>
        </w:rPr>
        <w:t>P2 화면 분리</w:t>
      </w:r>
      <w:r>
        <w:t xml:space="preserve"> → P4 실질성게이트 → P5 park데이터</w:t>
      </w:r>
    </w:p>
    <w:p>
      <w:pPr>
        <w:pStyle w:val="ListNumber"/>
      </w:pPr>
      <w:r>
        <w:t>P6 세션정리 · P7 AB완성(30턴 후)</w:t>
      </w:r>
    </w:p>
    <w:p>
      <w:pPr>
        <w:jc w:val="center"/>
      </w:pPr>
      <w:r>
        <w:t>──────────────────────────────</w:t>
      </w:r>
    </w:p>
    <w:p>
      <w:pPr>
        <w:pStyle w:val="Heading2"/>
      </w:pPr>
      <w:r>
        <w:t>변경 누적표 (append-only · 절대 삭제 금지 · 길어져도 누적)</w:t>
      </w:r>
    </w:p>
    <w:p>
      <w:pPr>
        <w:pStyle w:val="IntenseQuote"/>
      </w:pPr>
      <w:r>
        <w:t xml:space="preserve">규칙(H12): 무엇을 고쳤을 때마다 여기 </w:t>
      </w:r>
      <w:r>
        <w:rPr>
          <w:b/>
        </w:rPr>
        <w:t>1줄 추가</w:t>
      </w:r>
      <w:r>
        <w:t>. 위 첫장 현황은 덮어써도 이 표는 이력으로 남긴다.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rPr>
                <w:b/>
              </w:rPr>
              <w:t>일시</w:t>
            </w:r>
          </w:p>
        </w:tc>
        <w:tc>
          <w:tcPr>
            <w:tcW w:type="dxa" w:w="2160"/>
          </w:tcPr>
          <w:p>
            <w:r>
              <w:rPr>
                <w:b/>
              </w:rPr>
              <w:t>변경</w:t>
            </w:r>
          </w:p>
        </w:tc>
        <w:tc>
          <w:tcPr>
            <w:tcW w:type="dxa" w:w="2160"/>
          </w:tcPr>
          <w:p>
            <w:r>
              <w:rPr>
                <w:b/>
              </w:rPr>
              <w:t>관련</w:t>
            </w:r>
          </w:p>
        </w:tc>
        <w:tc>
          <w:tcPr>
            <w:tcW w:type="dxa" w:w="2160"/>
          </w:tcPr>
          <w:p>
            <w:r>
              <w:rPr>
                <w:b/>
              </w:rPr>
              <w:t>상태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t>체크리스트 최초 생성 — 28항목(25P/3N-A) + H1~15 + 라이브미발동5 + 문제 P1~7</w:t>
            </w:r>
          </w:p>
        </w:tc>
        <w:tc>
          <w:tcPr>
            <w:tcW w:type="dxa" w:w="2160"/>
          </w:tcPr>
          <w:p>
            <w:r>
              <w:t>감사</w:t>
            </w:r>
          </w:p>
        </w:tc>
        <w:tc>
          <w:tcPr>
            <w:tcW w:type="dxa" w:w="2160"/>
          </w:tcPr>
          <w:p>
            <w:r>
              <w:t>게시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t>지시 전수 이행(A~G) 대조 추가 · 위반 6건(A3·B3·B4·B9·D12·D17) 표기 · 문제 P8~P11 추가</w:t>
            </w:r>
          </w:p>
        </w:tc>
        <w:tc>
          <w:tcPr>
            <w:tcW w:type="dxa" w:w="2160"/>
          </w:tcPr>
          <w:p>
            <w:r>
              <w:t>B9</w:t>
            </w:r>
          </w:p>
        </w:tc>
        <w:tc>
          <w:tcPr>
            <w:tcW w:type="dxa" w:w="2160"/>
          </w:tcPr>
          <w:p>
            <w:r>
              <w:t>게시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t>반영방식(H12) 규칙 문서 맨위 박음 + 이 변경 누적표 신설</w:t>
            </w:r>
          </w:p>
        </w:tc>
        <w:tc>
          <w:tcPr>
            <w:tcW w:type="dxa" w:w="2160"/>
          </w:tcPr>
          <w:p>
            <w:r>
              <w:t>H12</w:t>
            </w:r>
          </w:p>
        </w:tc>
        <w:tc>
          <w:tcPr>
            <w:tcW w:type="dxa" w:w="2160"/>
          </w:tcPr>
          <w:p>
            <w:r>
              <w:t>게시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t>대화 전수조사→지시 누락 4건(H9~H12) user_directives.md 보강</w:t>
            </w:r>
          </w:p>
        </w:tc>
        <w:tc>
          <w:tcPr>
            <w:tcW w:type="dxa" w:w="2160"/>
          </w:tcPr>
          <w:p>
            <w:r>
              <w:t>H9~12</w:t>
            </w:r>
          </w:p>
        </w:tc>
        <w:tc>
          <w:tcPr>
            <w:tcW w:type="dxa" w:w="2160"/>
          </w:tcPr>
          <w:p>
            <w:r>
              <w:t>게시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P1 automerge 원격 unpack 버그 수정 착수</w:t>
            </w:r>
            <w:r>
              <w:t>(OK가 내역할 자율수행=P8 최우선)</w:t>
            </w:r>
          </w:p>
        </w:tc>
        <w:tc>
          <w:tcPr>
            <w:tcW w:type="dxa" w:w="2160"/>
          </w:tcPr>
          <w:p>
            <w:r>
              <w:t>P1·P8</w:t>
            </w:r>
          </w:p>
        </w:tc>
        <w:tc>
          <w:tcPr>
            <w:tcW w:type="dxa" w:w="2160"/>
          </w:tcPr>
          <w:p>
            <w:r>
              <w:t>수정중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P4 실증</w:t>
            </w:r>
            <w:r>
              <w:t xml:space="preserve">: 통과 브랜치 2개(이슈B·redo11) diff 실측=빈/문서만 → automerge에 </w:t>
            </w:r>
            <w:r>
              <w:rPr>
                <w:b/>
              </w:rPr>
              <w:t>실질성 검사</w:t>
            </w:r>
            <w:r>
              <w:t>(비어있음·md만 병합거부) 추가. OK가 hollow 병합 거부=내 판정역할</w:t>
            </w:r>
          </w:p>
        </w:tc>
        <w:tc>
          <w:tcPr>
            <w:tcW w:type="dxa" w:w="2160"/>
          </w:tcPr>
          <w:p>
            <w:r>
              <w:t>P4·P8</w:t>
            </w:r>
          </w:p>
        </w:tc>
        <w:tc>
          <w:tcPr>
            <w:tcW w:type="dxa" w:w="2160"/>
          </w:tcPr>
          <w:p>
            <w:r>
              <w:t>수정중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P1 완결</w:t>
            </w:r>
            <w:r>
              <w:t xml:space="preserve">: </w:t>
            </w:r>
            <w:r>
              <w:rPr>
                <w:rFonts w:ascii="Consolas" w:hAnsi="Consolas"/>
                <w:color w:val="8A3FFC"/>
              </w:rPr>
              <w:t>_merge_remote</w:t>
            </w:r>
            <w:r>
              <w:t xml:space="preserve"> CompletedProcess 언팩 수정, 원격(.66) 실측 검증(크래시 0)</w:t>
            </w:r>
          </w:p>
        </w:tc>
        <w:tc>
          <w:tcPr>
            <w:tcW w:type="dxa" w:w="2160"/>
          </w:tcPr>
          <w:p>
            <w:r>
              <w:t>P1</w:t>
            </w:r>
          </w:p>
        </w:tc>
        <w:tc>
          <w:tcPr>
            <w:tcW w:type="dxa" w:w="2160"/>
          </w:tcPr>
          <w:p>
            <w:r>
              <w:t>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P4 완결</w:t>
            </w:r>
            <w:r>
              <w:t>: 실질성검사 three-dot→</w:t>
            </w:r>
            <w:r>
              <w:rPr>
                <w:b/>
              </w:rPr>
              <w:t>two-dot</w:t>
            </w:r>
            <w:r>
              <w:t xml:space="preserve">(이미병합된 코드 오판 수정), hollow DB실측 merge </w:t>
            </w:r>
            <w:r>
              <w:rPr>
                <w:b/>
              </w:rPr>
              <w:t>되돌림(4c017c3)</w:t>
            </w:r>
            <w:r>
              <w:t>, appgoals 정정(이슈B=병합됨/DB실측=재작업). 이슈B는 실코드(load.py)=정당</w:t>
            </w:r>
          </w:p>
        </w:tc>
        <w:tc>
          <w:tcPr>
            <w:tcW w:type="dxa" w:w="2160"/>
          </w:tcPr>
          <w:p>
            <w:r>
              <w:t>P4</w:t>
            </w:r>
          </w:p>
        </w:tc>
        <w:tc>
          <w:tcPr>
            <w:tcW w:type="dxa" w:w="2160"/>
          </w:tcPr>
          <w:p>
            <w:r>
              <w:t>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핵심기준 K1·K2 신설</w:t>
            </w:r>
            <w:r>
              <w:t>: K1 모듈·어댑터 최대화, K2 코드변경=실제화면작동 확인. 상시 대조 잣대(H13·H14)</w:t>
            </w:r>
          </w:p>
        </w:tc>
        <w:tc>
          <w:tcPr>
            <w:tcW w:type="dxa" w:w="2160"/>
          </w:tcPr>
          <w:p>
            <w:r>
              <w:t>K1·K2</w:t>
            </w:r>
          </w:p>
        </w:tc>
        <w:tc>
          <w:tcPr>
            <w:tcW w:type="dxa" w:w="2160"/>
          </w:tcPr>
          <w:p>
            <w:r>
              <w:t>게시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t>P8 부분: automerge hollow 판정을 goals 화면에 렌더(OK 판단을 사람이 앱서 봄). K2로 화면 200·JS문법 실측</w:t>
            </w:r>
          </w:p>
        </w:tc>
        <w:tc>
          <w:tcPr>
            <w:tcW w:type="dxa" w:w="2160"/>
          </w:tcPr>
          <w:p>
            <w:r>
              <w:t>P8·K2</w:t>
            </w:r>
          </w:p>
        </w:tc>
        <w:tc>
          <w:tcPr>
            <w:tcW w:type="dxa" w:w="2160"/>
          </w:tcPr>
          <w:p>
            <w:r>
              <w:t>게시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P8: 미통과 3턴 해결시도 착수</w:t>
            </w:r>
            <w:r>
              <w:t xml:space="preserve"> — blind 재실행 루프 방지, 한글/외국어 다각진단(로컬$0)→교정지시 or 해결불가(park). AB 모듈 재사용(K1)</w:t>
            </w:r>
          </w:p>
        </w:tc>
        <w:tc>
          <w:tcPr>
            <w:tcW w:type="dxa" w:w="2160"/>
          </w:tcPr>
          <w:p>
            <w:r>
              <w:t>P8</w:t>
            </w:r>
          </w:p>
        </w:tc>
        <w:tc>
          <w:tcPr>
            <w:tcW w:type="dxa" w:w="2160"/>
          </w:tcPr>
          <w:p>
            <w:r>
              <w:t>착수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P8 3턴해결 실검증 성공</w:t>
            </w:r>
            <w:r>
              <w:t>: 실제 실패(프론트 토큰위반)로 돌려 RESOLVABLE+구체 교정지시(JS falsy함정까지). P3(nav)·P5(오판) 정리</w:t>
            </w:r>
          </w:p>
        </w:tc>
        <w:tc>
          <w:tcPr>
            <w:tcW w:type="dxa" w:w="2160"/>
          </w:tcPr>
          <w:p>
            <w:r>
              <w:t>P8·P3·P5</w:t>
            </w:r>
          </w:p>
        </w:tc>
        <w:tc>
          <w:tcPr>
            <w:tcW w:type="dxa" w:w="2160"/>
          </w:tcPr>
          <w:p>
            <w:r>
              <w:t>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P8 3턴해결 배선</w:t>
            </w:r>
            <w:r>
              <w:t>: build_verify(미통과→3턴 진단 부착)+batch_runner(resolvable→1회재구현·재귀차단, handoff→park). 파싱·import 검증. E2E는 라이브배치서 확정필요</w:t>
            </w:r>
          </w:p>
        </w:tc>
        <w:tc>
          <w:tcPr>
            <w:tcW w:type="dxa" w:w="2160"/>
          </w:tcPr>
          <w:p>
            <w:r>
              <w:t>P8</w:t>
            </w:r>
          </w:p>
        </w:tc>
        <w:tc>
          <w:tcPr>
            <w:tcW w:type="dxa" w:w="2160"/>
          </w:tcPr>
          <w:p>
            <w:r>
              <w:t>배선✅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K3 신설·반영</w:t>
            </w:r>
            <w:r>
              <w:t>: AB/진단 A=한글만·B=한글제외 명시, 3턴→</w:t>
            </w:r>
            <w:r>
              <w:rPr>
                <w:b/>
              </w:rPr>
              <w:t>6턴</w:t>
            </w:r>
            <w:r>
              <w:t xml:space="preserve"> 확대. ab_meeting·fix_resolve 반영</w:t>
            </w:r>
          </w:p>
        </w:tc>
        <w:tc>
          <w:tcPr>
            <w:tcW w:type="dxa" w:w="2160"/>
          </w:tcPr>
          <w:p>
            <w:r>
              <w:t>K3</w:t>
            </w:r>
          </w:p>
        </w:tc>
        <w:tc>
          <w:tcPr>
            <w:tcW w:type="dxa" w:w="2160"/>
          </w:tcPr>
          <w:p>
            <w:r>
              <w:t>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P2 해결</w:t>
            </w:r>
            <w:r>
              <w:t>: index.html 정적빌드가 프로젝트 전환 시 재생성 안 돼 혼재 → /api/projects select에 build.build() 배선. default(0)↔MKT(21) 실측 확인(K2)</w:t>
            </w:r>
          </w:p>
        </w:tc>
        <w:tc>
          <w:tcPr>
            <w:tcW w:type="dxa" w:w="2160"/>
          </w:tcPr>
          <w:p>
            <w:r>
              <w:t>P2·H11</w:t>
            </w:r>
          </w:p>
        </w:tc>
        <w:tc>
          <w:tcPr>
            <w:tcW w:type="dxa" w:w="2160"/>
          </w:tcPr>
          <w:p>
            <w:r>
              <w:t>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P6 정리</w:t>
            </w:r>
            <w:r>
              <w:t>: 유휴세션 3개 kill(682012·682220·666535). 실측서 1103423=현재 내 세션 발견→제외(자살방지)</w:t>
            </w:r>
          </w:p>
        </w:tc>
        <w:tc>
          <w:tcPr>
            <w:tcW w:type="dxa" w:w="2160"/>
          </w:tcPr>
          <w:p>
            <w:r>
              <w:t>P6</w:t>
            </w:r>
          </w:p>
        </w:tc>
        <w:tc>
          <w:tcPr>
            <w:tcW w:type="dxa" w:w="2160"/>
          </w:tcPr>
          <w:p>
            <w:r>
              <w:t>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P7 완성</w:t>
            </w:r>
            <w:r>
              <w:t>: AB 30턴 완주(60행 3막)+OK 6회차 조정자(orch_summary 197줄)+design_ORCH(합의5·이견·묻힌14·인간결정)</w:t>
            </w:r>
          </w:p>
        </w:tc>
        <w:tc>
          <w:tcPr>
            <w:tcW w:type="dxa" w:w="2160"/>
          </w:tcPr>
          <w:p>
            <w:r>
              <w:t>P7</w:t>
            </w:r>
          </w:p>
        </w:tc>
        <w:tc>
          <w:tcPr>
            <w:tcW w:type="dxa" w:w="2160"/>
          </w:tcPr>
          <w:p>
            <w:r>
              <w:t>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D17 착수</w:t>
            </w:r>
            <w:r>
              <w:t>: 문제→OK회의 진입점(problem.html) — /api/run 회의 재사용, 문제를 진단 draft로 프레이밍→trace 게시→내 의견은 그 후. 코어 무손상</w:t>
            </w:r>
          </w:p>
        </w:tc>
        <w:tc>
          <w:tcPr>
            <w:tcW w:type="dxa" w:w="2160"/>
          </w:tcPr>
          <w:p>
            <w:r>
              <w:t>D17·P8</w:t>
            </w:r>
          </w:p>
        </w:tc>
        <w:tc>
          <w:tcPr>
            <w:tcW w:type="dxa" w:w="2160"/>
          </w:tcPr>
          <w:p>
            <w:r>
              <w:t>착수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D17 v1</w:t>
            </w:r>
            <w:r>
              <w:t>: problem.html — 문제를 회의 draft로 프레이밍→live run(4-AI) 재사용→trace 게시→내 의견은 그 후. 코어·live 무손상, 화면 실측(K2). E2E는 유료 회의라 실런서 확정</w:t>
            </w:r>
          </w:p>
        </w:tc>
        <w:tc>
          <w:tcPr>
            <w:tcW w:type="dxa" w:w="2160"/>
          </w:tcPr>
          <w:p>
            <w:r>
              <w:t>D17·P8</w:t>
            </w:r>
          </w:p>
        </w:tc>
        <w:tc>
          <w:tcPr>
            <w:tcW w:type="dxa" w:w="2160"/>
          </w:tcPr>
          <w:p>
            <w:r>
              <w:t>v1✅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P9 착수(D12)</w:t>
            </w:r>
            <w:r>
              <w:t>: 산출물 md→워드(docx) 변환기. python-docx(한글안전, pandoc불필요)·openpyxl(엑셀). PDF는 한글폰트 리스크로 후순위</w:t>
            </w:r>
          </w:p>
        </w:tc>
        <w:tc>
          <w:tcPr>
            <w:tcW w:type="dxa" w:w="2160"/>
          </w:tcPr>
          <w:p>
            <w:r>
              <w:t>P9·D12</w:t>
            </w:r>
          </w:p>
        </w:tc>
        <w:tc>
          <w:tcPr>
            <w:tcW w:type="dxa" w:w="2160"/>
          </w:tcPr>
          <w:p>
            <w:r>
              <w:t>착수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P9 완료</w:t>
            </w:r>
            <w:r>
              <w:t>: D12 export 인프라 이미 존재(정정) — kind=md 추가(to_docx, 임의 md→워드)+checklist 워드버튼. 체크리스트·감사 워드변환 실측(K2), 경로탈출 404 차단</w:t>
            </w:r>
          </w:p>
        </w:tc>
        <w:tc>
          <w:tcPr>
            <w:tcW w:type="dxa" w:w="2160"/>
          </w:tcPr>
          <w:p>
            <w:r>
              <w:t>P9·D12</w:t>
            </w:r>
          </w:p>
        </w:tc>
        <w:tc>
          <w:tcPr>
            <w:tcW w:type="dxa" w:w="2160"/>
          </w:tcPr>
          <w:p>
            <w:r>
              <w:t>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개정#9 park우선 제거</w:t>
            </w:r>
            <w:r>
              <w:t>(몸통): 미결→클코 6턴 다각진단→park 최후수단. F7 준수·SG-E1 도달가능. 복원점 태그+스펙갱신+audit 25P/0F 회귀통과(원자커밋)</w:t>
            </w:r>
          </w:p>
        </w:tc>
        <w:tc>
          <w:tcPr>
            <w:tcW w:type="dxa" w:w="2160"/>
          </w:tcPr>
          <w:p>
            <w:r>
              <w:t>개정#9·SG-E1·F7</w:t>
            </w:r>
          </w:p>
        </w:tc>
        <w:tc>
          <w:tcPr>
            <w:tcW w:type="dxa" w:w="2160"/>
          </w:tcPr>
          <w:p>
            <w:r>
              <w:t>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신규 지시</w:t>
            </w:r>
            <w:r>
              <w:t>: (a)화면 시인성·블럭구성 클코6턴 연구(국내/해외) (b)앱 드롭다운 선택→그 앱 화면으로 이동. 둘 다 착수</w:t>
            </w:r>
          </w:p>
        </w:tc>
        <w:tc>
          <w:tcPr>
            <w:tcW w:type="dxa" w:w="2160"/>
          </w:tcPr>
          <w:p>
            <w:r>
              <w:t>UI·D3</w:t>
            </w:r>
          </w:p>
        </w:tc>
        <w:tc>
          <w:tcPr>
            <w:tcW w:type="dxa" w:w="2160"/>
          </w:tcPr>
          <w:p>
            <w:r>
              <w:t>착수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U1 시인성 6턴 연구 완료</w:t>
            </w:r>
            <w:r>
              <w:t>: WCAG4.5:1·APCA·8pt그리드·다크토큰·표(scope/caption/tabular)·배지 아이콘+텍스트+색 → handoff/ab_mtai/시인성_권고.md. 적용 대기</w:t>
            </w:r>
          </w:p>
        </w:tc>
        <w:tc>
          <w:tcPr>
            <w:tcW w:type="dxa" w:w="2160"/>
          </w:tcPr>
          <w:p>
            <w:r>
              <w:t>U1·D3</w:t>
            </w:r>
          </w:p>
        </w:tc>
        <w:tc>
          <w:tcPr>
            <w:tcW w:type="dxa" w:w="2160"/>
          </w:tcPr>
          <w:p>
            <w:r>
              <w:t>권고✅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U1 시인성 대시보드 적용</w:t>
            </w:r>
            <w:r>
              <w:t>: frontend.py CSS를 6턴권고대로(토큰·14px/1.6·헤딩600·8pt여백·td여백·배지✕⚠심볼·nav44·순백#fff 0건). K2 실측(index 200·#fff 0). 타화면 자체CSS는 미적용</w:t>
            </w:r>
          </w:p>
        </w:tc>
        <w:tc>
          <w:tcPr>
            <w:tcW w:type="dxa" w:w="2160"/>
          </w:tcPr>
          <w:p>
            <w:r>
              <w:t>U1</w:t>
            </w:r>
          </w:p>
        </w:tc>
        <w:tc>
          <w:tcPr>
            <w:tcW w:type="dxa" w:w="2160"/>
          </w:tcPr>
          <w:p>
            <w:r>
              <w:t>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t>U3(블록 접기)·U4(전화면 스윕) 후순위 등록. SG-E1 확정 라이브런 Grok API 타임아웃(09:39)으로 hang→정리(park제거 로직 아닌 인프라)</w:t>
            </w:r>
          </w:p>
        </w:tc>
        <w:tc>
          <w:tcPr>
            <w:tcW w:type="dxa" w:w="2160"/>
          </w:tcPr>
          <w:p>
            <w:r>
              <w:t>U3·U4·SG-E1</w:t>
            </w:r>
          </w:p>
        </w:tc>
        <w:tc>
          <w:tcPr>
            <w:tcW w:type="dxa" w:w="2160"/>
          </w:tcPr>
          <w:p>
            <w:r>
              <w:t>후순위/보류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W1 멈춤방지</w:t>
            </w:r>
            <w:r>
              <w:t>: _run_orch 실패도 error트레이스 남김(hang방지 근본) + 워치독 데몬(5분, 하트비트7분정체→강제종료·락해제·알림) + beat를 iterate·fix_resolve6턴에 배선. audit 회귀통과</w:t>
            </w:r>
          </w:p>
        </w:tc>
        <w:tc>
          <w:tcPr>
            <w:tcW w:type="dxa" w:w="2160"/>
          </w:tcPr>
          <w:p>
            <w:r>
              <w:t>W1·H16</w:t>
            </w:r>
          </w:p>
        </w:tc>
        <w:tc>
          <w:tcPr>
            <w:tcW w:type="dxa" w:w="2160"/>
          </w:tcPr>
          <w:p>
            <w:r>
              <w:t>✅ 근본+워치독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AB 엔진 파라미터화</w:t>
            </w:r>
            <w:r>
              <w:t xml:space="preserve">(AB_CONFIG/AB_DIR) + </w:t>
            </w:r>
            <w:r>
              <w:rPr>
                <w:b/>
              </w:rPr>
              <w:t>12턴 멈춤진단 회의 실행</w:t>
            </w:r>
            <w:r>
              <w:t>(오케 stall 토픽, 대표님 라우팅+보강3). 결과 좋으면 30→12+α 기본전환</w:t>
            </w:r>
          </w:p>
        </w:tc>
        <w:tc>
          <w:tcPr>
            <w:tcW w:type="dxa" w:w="2160"/>
          </w:tcPr>
          <w:p>
            <w:r>
              <w:t>AB·W1</w:t>
            </w:r>
          </w:p>
        </w:tc>
        <w:tc>
          <w:tcPr>
            <w:tcW w:type="dxa" w:w="2160"/>
          </w:tcPr>
          <w:p>
            <w:r>
              <w:t>실행중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scout(주식앱) 오케 등록</w:t>
            </w:r>
            <w:r>
              <w:t>: .55:8001 Flow AI Scout를 개발 프로젝트로(target·workdir~/roadflow_scout·smoke). 드롭다운 등록·구동확인3/3·git init(개발준비). .57→.55 포워드(:8055)로 접속. 키움설정=향후 KIS전환</w:t>
            </w:r>
          </w:p>
        </w:tc>
        <w:tc>
          <w:tcPr>
            <w:tcW w:type="dxa" w:w="2160"/>
          </w:tcPr>
          <w:p>
            <w:r>
              <w:t>scout</w:t>
            </w:r>
          </w:p>
        </w:tc>
        <w:tc>
          <w:tcPr>
            <w:tcW w:type="dxa" w:w="2160"/>
          </w:tcPr>
          <w:p>
            <w:r>
              <w:t>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12턴 대성공→30→12+α 기본전환</w:t>
            </w:r>
            <w:r>
              <w:t xml:space="preserve">(ab_meeting ROUTE 기본 12턴 3막) + </w:t>
            </w:r>
            <w:r>
              <w:rPr>
                <w:b/>
              </w:rPr>
              <w:t>W1 정본 업그레이드</w:t>
            </w:r>
            <w:r>
              <w:t>(2단계 데드맨·pull health·ack) + 정본설계 문서·워드. audit 회귀 exit0</w:t>
            </w:r>
          </w:p>
        </w:tc>
        <w:tc>
          <w:tcPr>
            <w:tcW w:type="dxa" w:w="2160"/>
          </w:tcPr>
          <w:p>
            <w:r>
              <w:t>AB·W1</w:t>
            </w:r>
          </w:p>
        </w:tc>
        <w:tc>
          <w:tcPr>
            <w:tcW w:type="dxa" w:w="2160"/>
          </w:tcPr>
          <w:p>
            <w:r>
              <w:t>✅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t>b·c 추적등록: W2(W1 나머지 정본: 서킷·retry·WAL·undo·IETF), W3(진행중/멈춤 표시 UI=12턴 FE설계: phase·turn_timeout·watchdog_alive·abortable·Undo토스트). 둘 다 설계 완비, 구현 대기</w:t>
            </w:r>
          </w:p>
        </w:tc>
        <w:tc>
          <w:tcPr>
            <w:tcW w:type="dxa" w:w="2160"/>
          </w:tcPr>
          <w:p>
            <w:r>
              <w:t>W2·W3</w:t>
            </w:r>
          </w:p>
        </w:tc>
        <w:tc>
          <w:tcPr>
            <w:tcW w:type="dxa" w:w="2160"/>
          </w:tcPr>
          <w:p>
            <w:r>
              <w:t>등록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실시간 화면 진짜 원인</w:t>
            </w:r>
            <w:r>
              <w:t>: 공통 바 proj_nav.js가 /api/batch_status 안 폴링→API배치 실시간 안뜸(내가 dev_start·goals 엉뚱 수정). proj_nav.js에 배치 폴링 추가. 드롭다운 전환=서버 정상(scout0/MKT21 실측)—브라우저 캐시 의심</w:t>
            </w:r>
          </w:p>
        </w:tc>
        <w:tc>
          <w:tcPr>
            <w:tcW w:type="dxa" w:w="2160"/>
          </w:tcPr>
          <w:p>
            <w:r>
              <w:t>화면·U2</w:t>
            </w:r>
          </w:p>
        </w:tc>
        <w:tc>
          <w:tcPr>
            <w:tcW w:type="dxa" w:w="2160"/>
          </w:tcPr>
          <w:p>
            <w:r>
              <w:t>✅ proj_nav 수정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P12 배포 갭(구조적)</w:t>
            </w:r>
            <w:r>
              <w:t xml:space="preserve">: OK가 코드는 git 병합하나 </w:t>
            </w:r>
            <w:r>
              <w:rPr>
                <w:b/>
              </w:rPr>
              <w:t>프론트 재빌드·앱 재시작(배포)을 안 함</w:t>
            </w:r>
            <w:r>
              <w:t xml:space="preserve">→.66 mkt가 07-15 옛 dist 서빙, 병합기능(기간D·대시보드) 화면에 안 보임. 실측 원인규명 후 수동 배포(vite build→dist 07-17, uvicorn 재기동, index-RV60Ra2W.js·centers/compare 200 확인). </w:t>
            </w:r>
            <w:r>
              <w:rPr>
                <w:b/>
              </w:rPr>
              <w:t>OK 파이프라인에 '병합→배포(빌드+재시작+스모크)' 단계 필요</w:t>
            </w:r>
          </w:p>
        </w:tc>
        <w:tc>
          <w:tcPr>
            <w:tcW w:type="dxa" w:w="2160"/>
          </w:tcPr>
          <w:p>
            <w:r>
              <w:t>P12·배포</w:t>
            </w:r>
          </w:p>
        </w:tc>
        <w:tc>
          <w:tcPr>
            <w:tcW w:type="dxa" w:w="2160"/>
          </w:tcPr>
          <w:p>
            <w:r>
              <w:t>✅수동배포/⬜자동화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P13 통합 갭(구조적)</w:t>
            </w:r>
            <w:r>
              <w:t xml:space="preserve">: 블로그자동작성 코드는 </w:t>
            </w:r>
            <w:r>
              <w:rPr>
                <w:rFonts w:ascii="Consolas" w:hAnsi="Consolas"/>
                <w:color w:val="8A3FFC"/>
              </w:rPr>
              <w:t>metaroad_kit/marketing-app/blog_auto/</w:t>
            </w:r>
            <w:r>
              <w:t xml:space="preserve">에 </w:t>
            </w:r>
            <w:r>
              <w:rPr>
                <w:b/>
              </w:rPr>
              <w:t>독립 스크립트로만</w:t>
            </w:r>
            <w:r>
              <w:t xml:space="preserve"> 존재(activity_matcher·pipeline_full 등)—app/backend에 라우터·API·프론트 탭 </w:t>
            </w:r>
            <w:r>
              <w:rPr>
                <w:b/>
              </w:rPr>
              <w:t>미연결</w:t>
            </w:r>
            <w:r>
              <w:t xml:space="preserve">(=대표님 '안붙었다' 정확). blog 엔드포인트 404, openapi에 blog 라우트 0. </w:t>
            </w:r>
            <w:r>
              <w:rPr>
                <w:b/>
              </w:rPr>
              <w:t>설계에 웹앱 통합이 빠짐→통합 태스크(라우터 마운트+탭+재빌드) 필요</w:t>
            </w:r>
          </w:p>
        </w:tc>
        <w:tc>
          <w:tcPr>
            <w:tcW w:type="dxa" w:w="2160"/>
          </w:tcPr>
          <w:p>
            <w:r>
              <w:t>P13·블로그통합</w:t>
            </w:r>
          </w:p>
        </w:tc>
        <w:tc>
          <w:tcPr>
            <w:tcW w:type="dxa" w:w="2160"/>
          </w:tcPr>
          <w:p>
            <w:r>
              <w:t>⬜미착수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P12 해소 — K2를 OK 몸통에 박음</w:t>
            </w:r>
            <w:r>
              <w:t xml:space="preserve">: </w:t>
            </w:r>
            <w:r>
              <w:rPr>
                <w:rFonts w:ascii="Consolas" w:hAnsi="Consolas"/>
                <w:color w:val="8A3FFC"/>
              </w:rPr>
              <w:t>app/deploy.py</w:t>
            </w:r>
            <w:r>
              <w:t xml:space="preserve">(배포 어댑터: 프론트빌드→백엔드재시작(포트기준)→스모크, 모듈경계로 selfcheck.run_project_smoke 재사용) + 프로젝트별 </w:t>
            </w:r>
            <w:r>
              <w:rPr>
                <w:rFonts w:ascii="Consolas" w:hAnsi="Consolas"/>
                <w:color w:val="8A3FFC"/>
              </w:rPr>
              <w:t>deploy.json</w:t>
            </w:r>
            <w:r>
              <w:t xml:space="preserve">(레시피=데이터). automerge가 병합 성공 시 자동 배포. </w:t>
            </w:r>
            <w:r>
              <w:rPr>
                <w:b/>
              </w:rPr>
              <w:t>배포 이벤트 devlog.md에 기록</w:t>
            </w:r>
            <w:r>
              <w:t xml:space="preserve">(P13 '기록없음' 해소). 실증: MKT_AUTO 빌드→재시작→스모크 7/7 200(기간비교 포함)→"07-17 13:19 배포성공" 기록. audit 회귀 25P·0F. </w:t>
            </w:r>
            <w:r>
              <w:rPr>
                <w:b/>
              </w:rPr>
              <w:t>이제 OK가 병합만 하고 멈추지 않고 FE+BE 작동까지 확인</w:t>
            </w:r>
          </w:p>
        </w:tc>
        <w:tc>
          <w:tcPr>
            <w:tcW w:type="dxa" w:w="2160"/>
          </w:tcPr>
          <w:p>
            <w:r>
              <w:t>P12·K2·배포</w:t>
            </w:r>
          </w:p>
        </w:tc>
        <w:tc>
          <w:tcPr>
            <w:tcW w:type="dxa" w:w="2160"/>
          </w:tcPr>
          <w:p>
            <w:r>
              <w:t>✅ 몸통배선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화면 실증(K2 완성) — API 200으론 부족</w:t>
            </w:r>
            <w:r>
              <w:t xml:space="preserve">: 스모크는 백엔드 200만 봄→빈화면/스텁/JS에러 못 잡음(대표님 지적). </w:t>
            </w:r>
            <w:r>
              <w:rPr>
                <w:rFonts w:ascii="Consolas" w:hAnsi="Consolas"/>
                <w:color w:val="8A3FFC"/>
              </w:rPr>
              <w:t>app/screenverify.py</w:t>
            </w:r>
            <w:r>
              <w:t xml:space="preserve"> + </w:t>
            </w:r>
            <w:r>
              <w:rPr>
                <w:rFonts w:ascii="Consolas" w:hAnsi="Consolas"/>
                <w:color w:val="8A3FFC"/>
              </w:rPr>
              <w:t>tools/render_check.js</w:t>
            </w:r>
            <w:r>
              <w:t xml:space="preserve">(헤드리스 크로뮴 playwright-core) 신설. OK가 </w:t>
            </w:r>
            <w:r>
              <w:rPr>
                <w:b/>
              </w:rPr>
              <w:t>.57 호스트에서 외부사용자처럼 대상앱 화면 실제 렌더</w:t>
            </w:r>
            <w:r>
              <w:t>: 내용렌더·네트워크실패(4xx)·콘솔에러·스텁(.stub)·</w:t>
            </w:r>
            <w:r>
              <w:rPr>
                <w:b/>
              </w:rPr>
              <w:t>스크린샷 증거</w:t>
            </w:r>
            <w:r>
              <w:t xml:space="preserve">(handoff/_screens, OK서빙 200). </w:t>
            </w:r>
            <w:r>
              <w:rPr>
                <w:rFonts w:ascii="Consolas" w:hAnsi="Consolas"/>
                <w:color w:val="8A3FFC"/>
              </w:rPr>
              <w:t>.66</w:t>
            </w:r>
            <w:r>
              <w:t>은 브라우저 시스템libs 없음(sudo)→.57에서 원격렌더(libs보유·도달성200). deploy에 배선(빌드→재시작→스모크→</w:t>
            </w:r>
            <w:r>
              <w:rPr>
                <w:b/>
              </w:rPr>
              <w:t>화면실증</w:t>
            </w:r>
            <w:r>
              <w:t xml:space="preserve">→기록). 실증: MKT 5화면 중 홈·기간D·성과·노출 ✅렌더, </w:t>
            </w:r>
            <w:r>
              <w:rPr>
                <w:b/>
              </w:rPr>
              <w:t>블로그/콘텐츠 ❌[스텁] 자동감지</w:t>
            </w:r>
            <w:r>
              <w:t>→"안붙었다"를 OK가 스스로 잡음. audit 25P·0F</w:t>
            </w:r>
          </w:p>
        </w:tc>
        <w:tc>
          <w:tcPr>
            <w:tcW w:type="dxa" w:w="2160"/>
          </w:tcPr>
          <w:p>
            <w:r>
              <w:t>P12·P13·K2·화면실증</w:t>
            </w:r>
          </w:p>
        </w:tc>
        <w:tc>
          <w:tcPr>
            <w:tcW w:type="dxa" w:w="2160"/>
          </w:tcPr>
          <w:p>
            <w:r>
              <w:t>✅ 완성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scout 참조 정정(roadflow 핸드오프 HANDOFF_mtai_2026-07-17)</w:t>
            </w:r>
            <w:r>
              <w:t xml:space="preserve">: roadflow가 mt-ai의 </w:t>
            </w:r>
            <w:r>
              <w:rPr>
                <w:rFonts w:ascii="Consolas" w:hAnsi="Consolas"/>
                <w:color w:val="8A3FFC"/>
              </w:rPr>
              <w:t>/tmp/scout_fwd.py</w:t>
            </w:r>
            <w:r>
              <w:t xml:space="preserve"> 포워더 의존을 경고. 실측: OK 운영참조는 이미 </w:t>
            </w:r>
            <w:r>
              <w:rPr>
                <w:rFonts w:ascii="Consolas" w:hAnsi="Consolas"/>
                <w:color w:val="8A3FFC"/>
              </w:rPr>
              <w:t>:8001 직접</w:t>
            </w:r>
            <w:r>
              <w:t xml:space="preserve">(정상), :8055는 대표님 브라우저 접속용 편의뿐. 포워더를 </w:t>
            </w:r>
            <w:r>
              <w:rPr>
                <w:rFonts w:ascii="Consolas" w:hAnsi="Consolas"/>
                <w:color w:val="8A3FFC"/>
              </w:rPr>
              <w:t>/tmp</w:t>
            </w:r>
            <w:r>
              <w:t>→</w:t>
            </w:r>
            <w:r>
              <w:rPr>
                <w:rFonts w:ascii="Consolas" w:hAnsi="Consolas"/>
                <w:color w:val="8A3FFC"/>
              </w:rPr>
              <w:t>tools/scout_fwd.py</w:t>
            </w:r>
            <w:r>
              <w:t xml:space="preserve">(추적) 이전 + </w:t>
            </w:r>
            <w:r>
              <w:rPr>
                <w:b/>
              </w:rPr>
              <w:t>user-systemd `scout-fwd.service</w:t>
            </w:r>
            <w:r>
              <w:t xml:space="preserve">(Restart=always, active) 정식화 → P1(소멸)·P2(재시작없음)·P3(소유불명) 해소. 재부팅생존만 linger 1회 sudo 필요. §5 확인: Scout 추천 </w:t>
            </w:r>
            <w:r>
              <w:rPr>
                <w:b/>
              </w:rPr>
              <w:t>빈값</w:t>
            </w:r>
            <w:r>
              <w:t>(</w:t>
            </w:r>
            <w:r>
              <w:rPr>
                <w:rFonts w:ascii="Consolas" w:hAnsi="Consolas"/>
                <w:color w:val="8A3FFC"/>
              </w:rPr>
              <w:t>stocks:[] count:0</w:t>
            </w:r>
            <w:r>
              <w:t>, 한번도 생성 안함=roadflow 조사사항). OK는 scout를 dev만 하고 런타임 소비 안 함→Scout 죽어도 OK 무영향</w:t>
            </w:r>
          </w:p>
        </w:tc>
        <w:tc>
          <w:tcPr>
            <w:tcW w:type="dxa" w:w="2160"/>
          </w:tcPr>
          <w:p>
            <w:r>
              <w:t>scout·참조정정</w:t>
            </w:r>
          </w:p>
        </w:tc>
        <w:tc>
          <w:tcPr>
            <w:tcW w:type="dxa" w:w="2160"/>
          </w:tcPr>
          <w:p>
            <w:r>
              <w:t>✅ 정식화</w:t>
            </w:r>
          </w:p>
        </w:tc>
      </w:tr>
      <w:tr>
        <w:tc>
          <w:tcPr>
            <w:tcW w:type="dxa" w:w="2160"/>
          </w:tcPr>
          <w:p>
            <w:r>
              <w:t>2026-07-17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P14 진단결과 버림(구조적)</w:t>
            </w:r>
            <w:r>
              <w:t xml:space="preserve">: 구현 리뷰 미통과 시 build_item은 차단사유·3턴진단(resolution)·코드품질을 </w:t>
            </w:r>
            <w:r>
              <w:rPr>
                <w:b/>
              </w:rPr>
              <w:t>전부 반환하는데</w:t>
            </w:r>
            <w:r>
              <w:t xml:space="preserve"> </w:t>
            </w:r>
            <w:r>
              <w:rPr>
                <w:rFonts w:ascii="Consolas" w:hAnsi="Consolas"/>
                <w:color w:val="8A3FFC"/>
              </w:rPr>
              <w:t>_record_result</w:t>
            </w:r>
            <w:r>
              <w:t xml:space="preserve">가 note 2줄·80자로 잘라 저장하고 </w:t>
            </w:r>
            <w:r>
              <w:rPr>
                <w:b/>
              </w:rPr>
              <w:t>resolution 통째로 버림</w:t>
            </w:r>
            <w:r>
              <w:t xml:space="preserve"> → 대표님/클로가 화면에서 못 보고 손으로 SSH 재조사. 대표님 지적: </w:t>
            </w:r>
            <w:r>
              <w:rPr>
                <w:b/>
              </w:rPr>
              <w:t>이 진단은 오케클코가 해서 앱화면+클로에게 줘야</w:t>
            </w:r>
            <w:r>
              <w:t xml:space="preserve">(내가 손으로 X). </w:t>
            </w:r>
            <w:r>
              <w:rPr>
                <w:b/>
              </w:rPr>
              <w:t>배선</w:t>
            </w:r>
            <w:r>
              <w:t xml:space="preserve">: </w:t>
            </w:r>
            <w:r>
              <w:rPr>
                <w:rFonts w:ascii="Consolas" w:hAnsi="Consolas"/>
                <w:color w:val="8A3FFC"/>
              </w:rPr>
              <w:t>app/impl_diagnosis.py</w:t>
            </w:r>
            <w:r>
              <w:t xml:space="preserve">(차단사유 전문·refute여부·3턴판정·권고[병합가능/재구현/사람결정/검증불가]를 impl_diagnosis.json에 영속) + </w:t>
            </w:r>
            <w:r>
              <w:rPr>
                <w:rFonts w:ascii="Consolas" w:hAnsi="Consolas"/>
                <w:color w:val="8A3FFC"/>
              </w:rPr>
              <w:t>_record_result</w:t>
            </w:r>
            <w:r>
              <w:t xml:space="preserve"> 배선 + </w:t>
            </w:r>
            <w:r>
              <w:rPr>
                <w:rFonts w:ascii="Consolas" w:hAnsi="Consolas"/>
                <w:color w:val="8A3FFC"/>
              </w:rPr>
              <w:t>/api/diagnoses</w:t>
            </w:r>
            <w:r>
              <w:t xml:space="preserve"> + 진단 화면. 첫 대상=블로그 브랜치</w:t>
            </w:r>
          </w:p>
        </w:tc>
        <w:tc>
          <w:tcPr>
            <w:tcW w:type="dxa" w:w="2160"/>
          </w:tcPr>
          <w:p>
            <w:r>
              <w:t>P14·진단영속·오케클코</w:t>
            </w:r>
          </w:p>
        </w:tc>
        <w:tc>
          <w:tcPr>
            <w:tcW w:type="dxa" w:w="2160"/>
          </w:tcPr>
          <w:p>
            <w:r>
              <w:t>✅ 완성(problem.html 렌더확인)</w:t>
            </w:r>
          </w:p>
        </w:tc>
      </w:tr>
      <w:tr>
        <w:tc>
          <w:tcPr>
            <w:tcW w:type="dxa" w:w="2160"/>
          </w:tcPr>
          <w:p>
            <w:r>
              <w:t>2026-07-18</w:t>
            </w:r>
          </w:p>
        </w:tc>
        <w:tc>
          <w:tcPr>
            <w:tcW w:type="dxa" w:w="2160"/>
          </w:tcPr>
          <w:p>
            <w:r>
              <w:rPr>
                <w:b/>
              </w:rPr>
              <w:t>논문(ETI 겹침 파일럿) — OK 설계기능 활용</w:t>
            </w:r>
            <w:r>
              <w:t xml:space="preserve">: 대외비 사전등록 실험(조건적 차이의 붕괴). 핵심=OK의 </w:t>
            </w:r>
            <w:r>
              <w:rPr>
                <w:b/>
              </w:rPr>
              <w:t>12턴(+α)으로 앵커 21개 검증</w:t>
            </w:r>
            <w:r>
              <w:t xml:space="preserve">(A=원문탐색·인용/B=문자적 존재검증·폐기, 12턴=12문항 매핑, 부족시 +α). </w:t>
            </w:r>
            <w:r>
              <w:rPr>
                <w:b/>
              </w:rPr>
              <w:t>나는 빠지고 OK가 검증</w:t>
            </w:r>
            <w:r>
              <w:t xml:space="preserve">(실험 오염규칙+대표님 원칙). ⚠️OK 협력회의는 실험 144호출엔 독(§0 AI끼리 답 보면 H2무효)—검증회의는 별개라 OK. 앵커소스: 공개법령(국가법령정보센터)·★mtai문서(HWP 477개 /opt/mtai, hwp5txt로 검증가능)·Tier A(WHO). Anthropic 피험자=로컬claude(call_claude_code, API키 불필요). </w:t>
            </w:r>
            <w:r>
              <w:rPr>
                <w:b/>
              </w:rPr>
              <w:t>★.54 VM에 데이터 다수(앵커 소스 확인 필요)</w:t>
            </w:r>
            <w:r>
              <w:t>. 대외비=외부전송 금지</w:t>
            </w:r>
          </w:p>
        </w:tc>
        <w:tc>
          <w:tcPr>
            <w:tcW w:type="dxa" w:w="2160"/>
          </w:tcPr>
          <w:p>
            <w:r>
              <w:t>논문·앵커검증·12턴</w:t>
            </w:r>
          </w:p>
        </w:tc>
        <w:tc>
          <w:tcPr>
            <w:tcW w:type="dxa" w:w="2160"/>
          </w:tcPr>
          <w:p>
            <w:r>
              <w:t>🔧 설계·recon 완료</w:t>
            </w:r>
          </w:p>
        </w:tc>
      </w:tr>
      <w:tr>
        <w:tc>
          <w:tcPr>
            <w:tcW w:type="dxa" w:w="2160"/>
          </w:tcPr>
          <w:p>
            <w:r>
              <w:t>2026-07-18</w:t>
            </w:r>
          </w:p>
        </w:tc>
        <w:tc>
          <w:tcPr>
            <w:tcW w:type="dxa" w:w="2160"/>
          </w:tcPr>
          <w:p>
            <w:r>
              <w:rPr>
                <w:b/>
              </w:rPr>
              <w:t>P15 대책 자동적용(오케클코 Driver)</w:t>
            </w:r>
            <w:r>
              <w:t xml:space="preserve"> — 대표님 지적 "잘 안 되는 항목은 OK가 추가검증·대책을 자동으로": </w:t>
            </w:r>
            <w:r>
              <w:rPr>
                <w:rFonts w:ascii="Consolas" w:hAnsi="Consolas"/>
                <w:color w:val="8A3FFC"/>
              </w:rPr>
              <w:t>app/auto_driver.py</w:t>
            </w:r>
            <w:r>
              <w:t xml:space="preserve"> 신설. 미통과→3턴진단(대책)→</w:t>
            </w:r>
            <w:r>
              <w:rPr>
                <w:b/>
              </w:rPr>
              <w:t>OK가 교정지시 1회 자동 재구현→경험적 게이트(병합·배포·화면실증)로 판정</w:t>
            </w:r>
            <w:r>
              <w:t xml:space="preserve">. </w:t>
            </w:r>
            <w:r>
              <w:rPr>
                <w:b/>
              </w:rPr>
              <w:t>기준</w:t>
            </w:r>
            <w:r>
              <w:t xml:space="preserve">: ①자동적용 1회한정(무한루프·비용 방지) ②최종판정=화면실증(AI 재리뷰 아님—교정지시가 OK 자기진단이라 재리뷰는 순환, 블로그 교훈) ③실패→revert+사람결정. </w:t>
            </w:r>
            <w:r>
              <w:rPr>
                <w:b/>
              </w:rPr>
              <w:t>블로그 실증</w:t>
            </w:r>
            <w:r>
              <w:t xml:space="preserve">: a2브랜치(교정적용본) import OK→병합→배포→화면실증 </w:t>
            </w:r>
            <w:r>
              <w:rPr>
                <w:b/>
              </w:rPr>
              <w:t>5/5 통과, /content 스텁아님·API 실초안 반환</w:t>
            </w:r>
            <w:r>
              <w:t xml:space="preserve">('밴드체조' 초안). </w:t>
            </w:r>
            <w:r>
              <w:rPr>
                <w:b/>
              </w:rPr>
              <w:t>P13 블로그통합 해결</w:t>
            </w:r>
            <w:r>
              <w:t>(세션 내내 '안붙음'이던 것 완료). 21/22</w:t>
            </w:r>
          </w:p>
        </w:tc>
        <w:tc>
          <w:tcPr>
            <w:tcW w:type="dxa" w:w="2160"/>
          </w:tcPr>
          <w:p>
            <w:r>
              <w:t>P15·P13·Driver·대책자동</w:t>
            </w:r>
          </w:p>
        </w:tc>
        <w:tc>
          <w:tcPr>
            <w:tcW w:type="dxa" w:w="2160"/>
          </w:tcPr>
          <w:p>
            <w:r>
              <w:t>✅ 작동확인</w:t>
            </w:r>
          </w:p>
        </w:tc>
      </w:tr>
      <w:tr>
        <w:tc>
          <w:tcPr>
            <w:tcW w:type="dxa" w:w="2160"/>
          </w:tcPr>
          <w:p>
            <w:r>
              <w:t>2026-07-18</w:t>
            </w:r>
          </w:p>
        </w:tc>
        <w:tc>
          <w:tcPr>
            <w:tcW w:type="dxa" w:w="2160"/>
          </w:tcPr>
          <w:p>
            <w:r>
              <w:rPr>
                <w:b/>
              </w:rPr>
              <w:t>OK핵심기능#1 전면 재검증(reverify)</w:t>
            </w:r>
            <w:r>
              <w:t xml:space="preserve"> — 대표님: 앱을 기능별·모듈별로 목표대로 설계·구현·작동하는지 FE+BE 각각 재확인(OK가, 작동기능 위주, 사람결정 제외). </w:t>
            </w:r>
            <w:r>
              <w:rPr>
                <w:rFonts w:ascii="Consolas" w:hAnsi="Consolas"/>
                <w:color w:val="8A3FFC"/>
              </w:rPr>
              <w:t>app/reverify.py</w:t>
            </w:r>
            <w:r>
              <w:t>+</w:t>
            </w:r>
            <w:r>
              <w:rPr>
                <w:rFonts w:ascii="Consolas" w:hAnsi="Consolas"/>
                <w:color w:val="8A3FFC"/>
              </w:rPr>
              <w:t>/api/reverify</w:t>
            </w:r>
            <w:r>
              <w:t xml:space="preserve">: appgoals 목표별로 FE(screenverify 렌더)+BE(smoke API) 매핑·실측. </w:t>
            </w:r>
            <w:r>
              <w:rPr>
                <w:b/>
              </w:rPr>
              <w:t>MKT 실행: 모듈21 → 작동확인7·문제0·검증사각14</w:t>
            </w:r>
            <w:r>
              <w:t>(done인데 자동검증 안걸린 모듈=DDL·토큰·이슈·블로그백엔드 등 노출). 사람결정(운영systemd) 자동제외. 검증사각=다음 커버리지 대상</w:t>
            </w:r>
          </w:p>
        </w:tc>
        <w:tc>
          <w:tcPr>
            <w:tcW w:type="dxa" w:w="2160"/>
          </w:tcPr>
          <w:p>
            <w:r>
              <w:t>reverify·전면재검증·FE+BE</w:t>
            </w:r>
          </w:p>
        </w:tc>
        <w:tc>
          <w:tcPr>
            <w:tcW w:type="dxa" w:w="2160"/>
          </w:tcPr>
          <w:p>
            <w:r>
              <w:t>✅ 기능화·MKT실행</w:t>
            </w:r>
          </w:p>
        </w:tc>
      </w:tr>
      <w:tr>
        <w:tc>
          <w:tcPr>
            <w:tcW w:type="dxa" w:w="2160"/>
          </w:tcPr>
          <w:p>
            <w:r>
              <w:t>2026-07-18</w:t>
            </w:r>
          </w:p>
        </w:tc>
        <w:tc>
          <w:tcPr>
            <w:tcW w:type="dxa" w:w="2160"/>
          </w:tcPr>
          <w:p>
            <w:r>
              <w:rPr>
                <w:b/>
              </w:rPr>
              <w:t>OK 개발 파이프라인 확립(무한루프 근본차단)</w:t>
            </w:r>
            <w:r>
              <w:t xml:space="preserve"> — 대표님: 명세도 개발대상이고, 매번 하나씩 찾는 게 버그. </w:t>
            </w:r>
            <w:r>
              <w:rPr>
                <w:b/>
              </w:rPr>
              <w:t>①0차 회의</w:t>
            </w:r>
            <w:r>
              <w:t xml:space="preserve">(대표님 의도[기능·필요성·성능목표]→검증가능 명세, </w:t>
            </w:r>
            <w:r>
              <w:rPr>
                <w:rFonts w:ascii="Consolas" w:hAnsi="Consolas"/>
                <w:color w:val="8A3FFC"/>
              </w:rPr>
              <w:t>handoff/ab_0cha/config.json</w:t>
            </w:r>
            <w:r>
              <w:t xml:space="preserve"> 12턴) </w:t>
            </w:r>
            <w:r>
              <w:rPr>
                <w:b/>
              </w:rPr>
              <w:t>②1차 12턴</w:t>
            </w:r>
            <w:r>
              <w:t xml:space="preserve">(명세→모듈·FE/BE·검증기준 분해) </w:t>
            </w:r>
            <w:r>
              <w:rPr>
                <w:b/>
              </w:rPr>
              <w:t>③명세기준 검증 상시</w:t>
            </w:r>
            <w:r>
              <w:t>(</w:t>
            </w:r>
            <w:r>
              <w:rPr>
                <w:rFonts w:ascii="Consolas" w:hAnsi="Consolas"/>
                <w:color w:val="8A3FFC"/>
              </w:rPr>
              <w:t>app/spec_verify.py</w:t>
            </w:r>
            <w:r>
              <w:t>+</w:t>
            </w:r>
            <w:r>
              <w:rPr>
                <w:rFonts w:ascii="Consolas" w:hAnsi="Consolas"/>
                <w:color w:val="8A3FFC"/>
              </w:rPr>
              <w:t>/api/spec_compliance</w:t>
            </w:r>
            <w:r>
              <w:t xml:space="preserve">, appgoals 아닌 명세 대조→매트릭스). </w:t>
            </w:r>
            <w:r>
              <w:rPr>
                <w:b/>
              </w:rPr>
              <w:t>회의 정보라우팅=한중일(A)/미국유럽(B)</w:t>
            </w:r>
            <w:r>
              <w:t xml:space="preserve">, 핵심기준 공유·검색소스만 비대칭(데이터량 균형). </w:t>
            </w:r>
            <w:r>
              <w:rPr>
                <w:b/>
              </w:rPr>
              <w:t>MKT 실측 매트릭스: Phase1 50%·Phase2 20%</w:t>
            </w:r>
            <w:r>
              <w:t>(성과파이프라인 공백·검수/배포 미작동·온보딩 자동화 미구현). 대표님은 이제 매트릭스 한 장만 보면 됨</w:t>
            </w:r>
          </w:p>
        </w:tc>
        <w:tc>
          <w:tcPr>
            <w:tcW w:type="dxa" w:w="2160"/>
          </w:tcPr>
          <w:p>
            <w:r>
              <w:t>파이프라인·0차회의·명세검증·무한루프차단</w:t>
            </w:r>
          </w:p>
        </w:tc>
        <w:tc>
          <w:tcPr>
            <w:tcW w:type="dxa" w:w="2160"/>
          </w:tcPr>
          <w:p>
            <w:r>
              <w:t>✅ 3조각 적용</w:t>
            </w:r>
          </w:p>
        </w:tc>
      </w:tr>
      <w:tr>
        <w:tc>
          <w:tcPr>
            <w:tcW w:type="dxa" w:w="2160"/>
          </w:tcPr>
          <w:p>
            <w:r>
              <w:t>2026-07-18</w:t>
            </w:r>
          </w:p>
        </w:tc>
        <w:tc>
          <w:tcPr>
            <w:tcW w:type="dxa" w:w="2160"/>
          </w:tcPr>
          <w:p>
            <w:r>
              <w:rPr>
                <w:b/>
              </w:rPr>
              <w:t>OK핵심기능#2 AI 기억 유지(조사 대기)</w:t>
            </w:r>
            <w:r>
              <w:t xml:space="preserve"> — 대표님: 핵심 AI들이 기억을 유지 가능한지 파악. 현실: OK가 쓰는 AI(GPT/Grok/Gemini=API, Claude=claude -p)는 </w:t>
            </w:r>
            <w:r>
              <w:rPr>
                <w:b/>
              </w:rPr>
              <w:t>콜마다 무상태(stateless)</w:t>
            </w:r>
            <w:r>
              <w:t xml:space="preserve"> — 기억은 OK가 파일(meeting_table·appgoals·메모리)로 주입해 시뮬레이션. 진짜 세션기억은 claude --continue(단 실험§0선 금지)나 프롬프트 주입 memory store 필요. </w:t>
            </w:r>
            <w:r>
              <w:rPr>
                <w:b/>
              </w:rPr>
              <w:t>조사·설계 항목으로 분리</w:t>
            </w:r>
            <w:r>
              <w:t>(별도 진행)</w:t>
            </w:r>
          </w:p>
        </w:tc>
        <w:tc>
          <w:tcPr>
            <w:tcW w:type="dxa" w:w="2160"/>
          </w:tcPr>
          <w:p>
            <w:r>
              <w:t>AI기억·핵심기능·조사대기</w:t>
            </w:r>
          </w:p>
        </w:tc>
        <w:tc>
          <w:tcPr>
            <w:tcW w:type="dxa" w:w="2160"/>
          </w:tcPr>
          <w:p>
            <w:r>
              <w:t>⬜조사대기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